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5"/>
        <w:gridCol w:w="4855"/>
      </w:tblGrid>
      <w:tr w:rsidR="002C6DE1" w14:paraId="7D025786" w14:textId="77777777" w:rsidTr="4D2D6446">
        <w:tc>
          <w:tcPr>
            <w:tcW w:w="3775" w:type="dxa"/>
          </w:tcPr>
          <w:p w14:paraId="51B407C2" w14:textId="77777777" w:rsidR="002C6DE1" w:rsidRPr="00BE4CFE" w:rsidRDefault="002C6DE1" w:rsidP="00F45691">
            <w:pPr>
              <w:rPr>
                <w:rFonts w:ascii="Verdana" w:hAnsi="Verdana"/>
                <w:b/>
                <w:bCs/>
              </w:rPr>
            </w:pPr>
            <w:bookmarkStart w:id="0" w:name="_GoBack"/>
            <w:bookmarkEnd w:id="0"/>
            <w:r>
              <w:rPr>
                <w:rFonts w:ascii="Verdana" w:hAnsi="Verdana"/>
              </w:rPr>
              <w:t>Specifikacija</w:t>
            </w:r>
          </w:p>
        </w:tc>
        <w:tc>
          <w:tcPr>
            <w:tcW w:w="4855" w:type="dxa"/>
          </w:tcPr>
          <w:p w14:paraId="029A858E" w14:textId="76456028" w:rsidR="002C6DE1" w:rsidRPr="00BE4CFE" w:rsidRDefault="00377026" w:rsidP="00F45691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</w:rPr>
              <w:t>Nissan PIXO</w:t>
            </w:r>
          </w:p>
        </w:tc>
      </w:tr>
      <w:tr w:rsidR="009775B1" w14:paraId="00E2EB5B" w14:textId="77777777" w:rsidTr="0041037E">
        <w:tc>
          <w:tcPr>
            <w:tcW w:w="8630" w:type="dxa"/>
            <w:gridSpan w:val="2"/>
          </w:tcPr>
          <w:p w14:paraId="16456FE9" w14:textId="5BAD69D9" w:rsidR="009775B1" w:rsidRDefault="009775B1" w:rsidP="0041037E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Dimenzije</w:t>
            </w:r>
          </w:p>
        </w:tc>
      </w:tr>
      <w:tr w:rsidR="005F0D35" w14:paraId="231ABA21" w14:textId="77777777" w:rsidTr="005F0D35">
        <w:tc>
          <w:tcPr>
            <w:tcW w:w="3775" w:type="dxa"/>
          </w:tcPr>
          <w:p w14:paraId="066FC4F6" w14:textId="77777777" w:rsidR="005F0D35" w:rsidRDefault="005F0D35" w:rsidP="0041037E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Skupna dolžina</w:t>
            </w:r>
          </w:p>
        </w:tc>
        <w:tc>
          <w:tcPr>
            <w:tcW w:w="4855" w:type="dxa"/>
          </w:tcPr>
          <w:p w14:paraId="08E3B81C" w14:textId="03219DFF" w:rsidR="005F0D35" w:rsidRDefault="005F0D35" w:rsidP="0041037E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3.796 mm</w:t>
            </w:r>
          </w:p>
        </w:tc>
      </w:tr>
      <w:tr w:rsidR="005F0D35" w14:paraId="66ABE64F" w14:textId="77777777" w:rsidTr="005F0D35">
        <w:tc>
          <w:tcPr>
            <w:tcW w:w="3775" w:type="dxa"/>
          </w:tcPr>
          <w:p w14:paraId="5363410E" w14:textId="77777777" w:rsidR="005F0D35" w:rsidRDefault="005F0D35" w:rsidP="0041037E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Medosna razdalja</w:t>
            </w:r>
          </w:p>
        </w:tc>
        <w:tc>
          <w:tcPr>
            <w:tcW w:w="4855" w:type="dxa"/>
          </w:tcPr>
          <w:p w14:paraId="21C3915A" w14:textId="14AE62EF" w:rsidR="005F0D35" w:rsidRDefault="005F0D35" w:rsidP="0041037E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2.492 mm</w:t>
            </w:r>
          </w:p>
        </w:tc>
      </w:tr>
      <w:tr w:rsidR="005F0D35" w14:paraId="09F52647" w14:textId="77777777" w:rsidTr="005F0D35">
        <w:tc>
          <w:tcPr>
            <w:tcW w:w="3775" w:type="dxa"/>
          </w:tcPr>
          <w:p w14:paraId="6BAF62E0" w14:textId="77777777" w:rsidR="005F0D35" w:rsidRDefault="005F0D35" w:rsidP="0041037E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Višina praznega vozila</w:t>
            </w:r>
          </w:p>
        </w:tc>
        <w:tc>
          <w:tcPr>
            <w:tcW w:w="4855" w:type="dxa"/>
          </w:tcPr>
          <w:p w14:paraId="42712715" w14:textId="63433491" w:rsidR="005F0D35" w:rsidRDefault="005F0D35" w:rsidP="0041037E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1.512 mm</w:t>
            </w:r>
          </w:p>
        </w:tc>
      </w:tr>
      <w:tr w:rsidR="005F0D35" w14:paraId="795B4496" w14:textId="77777777" w:rsidTr="005F0D35">
        <w:tc>
          <w:tcPr>
            <w:tcW w:w="3775" w:type="dxa"/>
          </w:tcPr>
          <w:p w14:paraId="1CCA1683" w14:textId="23DE82A6" w:rsidR="005F0D35" w:rsidRDefault="005F0D35" w:rsidP="0041037E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Skupna širina (brez zunanjih ogledal)</w:t>
            </w:r>
          </w:p>
        </w:tc>
        <w:tc>
          <w:tcPr>
            <w:tcW w:w="4855" w:type="dxa"/>
          </w:tcPr>
          <w:p w14:paraId="0FCE5338" w14:textId="7373DEBE" w:rsidR="005F0D35" w:rsidRPr="0033150D" w:rsidRDefault="005F0D35" w:rsidP="0041037E">
            <w:pPr>
              <w:rPr>
                <w:rFonts w:ascii="Verdana" w:hAnsi="Verdana"/>
                <w:highlight w:val="yellow"/>
              </w:rPr>
            </w:pPr>
            <w:r>
              <w:rPr>
                <w:rFonts w:ascii="Verdana" w:hAnsi="Verdana"/>
              </w:rPr>
              <w:t>1.790 mm</w:t>
            </w:r>
          </w:p>
        </w:tc>
      </w:tr>
      <w:tr w:rsidR="005F0D35" w14:paraId="1B168530" w14:textId="77777777" w:rsidTr="005F0D35">
        <w:tc>
          <w:tcPr>
            <w:tcW w:w="3775" w:type="dxa"/>
          </w:tcPr>
          <w:p w14:paraId="3D632601" w14:textId="77777777" w:rsidR="005F0D35" w:rsidRDefault="005F0D35" w:rsidP="0041037E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Previs spredaj</w:t>
            </w:r>
          </w:p>
        </w:tc>
        <w:tc>
          <w:tcPr>
            <w:tcW w:w="4855" w:type="dxa"/>
          </w:tcPr>
          <w:p w14:paraId="1FB5C36A" w14:textId="589DCC07" w:rsidR="005F0D35" w:rsidRDefault="005F0D35" w:rsidP="0041037E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741 mm</w:t>
            </w:r>
          </w:p>
        </w:tc>
      </w:tr>
      <w:tr w:rsidR="005F0D35" w14:paraId="2FBF6E04" w14:textId="77777777" w:rsidTr="005F0D35">
        <w:tc>
          <w:tcPr>
            <w:tcW w:w="3775" w:type="dxa"/>
          </w:tcPr>
          <w:p w14:paraId="4A004772" w14:textId="77777777" w:rsidR="005F0D35" w:rsidRDefault="005F0D35" w:rsidP="0041037E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Previs zadaj</w:t>
            </w:r>
          </w:p>
        </w:tc>
        <w:tc>
          <w:tcPr>
            <w:tcW w:w="4855" w:type="dxa"/>
          </w:tcPr>
          <w:p w14:paraId="07C1C56C" w14:textId="54DDDF42" w:rsidR="005F0D35" w:rsidRDefault="005F0D35" w:rsidP="0041037E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563 mm</w:t>
            </w:r>
          </w:p>
        </w:tc>
      </w:tr>
      <w:tr w:rsidR="005F0D35" w14:paraId="43AADEBF" w14:textId="77777777" w:rsidTr="005F0D35">
        <w:tc>
          <w:tcPr>
            <w:tcW w:w="3775" w:type="dxa"/>
          </w:tcPr>
          <w:p w14:paraId="5DEC689E" w14:textId="77777777" w:rsidR="005F0D35" w:rsidRDefault="005F0D35" w:rsidP="0041037E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Oddaljenost od tal</w:t>
            </w:r>
          </w:p>
        </w:tc>
        <w:tc>
          <w:tcPr>
            <w:tcW w:w="4855" w:type="dxa"/>
          </w:tcPr>
          <w:p w14:paraId="51765515" w14:textId="77777777" w:rsidR="005F0D35" w:rsidRDefault="005F0D35" w:rsidP="0041037E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140 mm</w:t>
            </w:r>
          </w:p>
        </w:tc>
      </w:tr>
      <w:tr w:rsidR="00812356" w14:paraId="3444D508" w14:textId="77777777" w:rsidTr="005F0D35">
        <w:tc>
          <w:tcPr>
            <w:tcW w:w="3775" w:type="dxa"/>
          </w:tcPr>
          <w:p w14:paraId="183507B2" w14:textId="7C39268B" w:rsidR="00812356" w:rsidRPr="0033150D" w:rsidRDefault="00812356" w:rsidP="0041037E">
            <w:pPr>
              <w:rPr>
                <w:rFonts w:ascii="Verdana" w:hAnsi="Verdana"/>
                <w:color w:val="000000" w:themeColor="text1"/>
              </w:rPr>
            </w:pPr>
            <w:r>
              <w:rPr>
                <w:rFonts w:ascii="Verdana" w:hAnsi="Verdana"/>
                <w:color w:val="000000" w:themeColor="text1"/>
              </w:rPr>
              <w:t>Obračalni krog</w:t>
            </w:r>
          </w:p>
        </w:tc>
        <w:tc>
          <w:tcPr>
            <w:tcW w:w="4855" w:type="dxa"/>
          </w:tcPr>
          <w:p w14:paraId="4574FE19" w14:textId="2434082F" w:rsidR="00812356" w:rsidRPr="0033150D" w:rsidRDefault="00812356" w:rsidP="0041037E">
            <w:pPr>
              <w:rPr>
                <w:rFonts w:ascii="Verdana" w:hAnsi="Verdana"/>
                <w:color w:val="000000" w:themeColor="text1"/>
              </w:rPr>
            </w:pPr>
            <w:r>
              <w:rPr>
                <w:rFonts w:ascii="Verdana" w:hAnsi="Verdana"/>
                <w:color w:val="000000" w:themeColor="text1"/>
              </w:rPr>
              <w:t>9,9 m</w:t>
            </w:r>
          </w:p>
        </w:tc>
      </w:tr>
      <w:tr w:rsidR="009775B1" w14:paraId="7F41A4DA" w14:textId="77777777" w:rsidTr="0041037E">
        <w:tc>
          <w:tcPr>
            <w:tcW w:w="8630" w:type="dxa"/>
            <w:gridSpan w:val="2"/>
          </w:tcPr>
          <w:p w14:paraId="51DBFB39" w14:textId="1FA97E1A" w:rsidR="009775B1" w:rsidRDefault="009775B1" w:rsidP="0041037E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Električni pogon</w:t>
            </w:r>
          </w:p>
        </w:tc>
      </w:tr>
      <w:tr w:rsidR="002C6DE1" w14:paraId="7FE39F3B" w14:textId="77777777" w:rsidTr="4D2D6446">
        <w:tc>
          <w:tcPr>
            <w:tcW w:w="3775" w:type="dxa"/>
          </w:tcPr>
          <w:p w14:paraId="5DE49FB3" w14:textId="77777777" w:rsidR="002C6DE1" w:rsidRDefault="002C6DE1" w:rsidP="00F4569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Baterija</w:t>
            </w:r>
          </w:p>
        </w:tc>
        <w:tc>
          <w:tcPr>
            <w:tcW w:w="4855" w:type="dxa"/>
          </w:tcPr>
          <w:p w14:paraId="26CF75B6" w14:textId="4C1BA27A" w:rsidR="002C6DE1" w:rsidRDefault="002C6DE1" w:rsidP="00F4569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27,5 kWh LFP</w:t>
            </w:r>
          </w:p>
        </w:tc>
      </w:tr>
      <w:tr w:rsidR="002C6DE1" w14:paraId="05757399" w14:textId="77777777" w:rsidTr="4D2D6446">
        <w:tc>
          <w:tcPr>
            <w:tcW w:w="3775" w:type="dxa"/>
          </w:tcPr>
          <w:p w14:paraId="5A608BA6" w14:textId="77777777" w:rsidR="002C6DE1" w:rsidRDefault="002C6DE1" w:rsidP="00F4569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Doseg</w:t>
            </w:r>
          </w:p>
        </w:tc>
        <w:tc>
          <w:tcPr>
            <w:tcW w:w="4855" w:type="dxa"/>
          </w:tcPr>
          <w:p w14:paraId="44DA4AD4" w14:textId="0911505F" w:rsidR="002C6DE1" w:rsidRDefault="002C6DE1" w:rsidP="00F4569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259 km WLTP</w:t>
            </w:r>
          </w:p>
        </w:tc>
      </w:tr>
      <w:tr w:rsidR="002C6DE1" w14:paraId="6EE163FC" w14:textId="77777777" w:rsidTr="4D2D6446">
        <w:tc>
          <w:tcPr>
            <w:tcW w:w="3775" w:type="dxa"/>
          </w:tcPr>
          <w:p w14:paraId="05E05A20" w14:textId="78003572" w:rsidR="002C6DE1" w:rsidRDefault="002C6DE1" w:rsidP="00F4569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Polnjenje z enosmernim tokom</w:t>
            </w:r>
          </w:p>
        </w:tc>
        <w:tc>
          <w:tcPr>
            <w:tcW w:w="4855" w:type="dxa"/>
          </w:tcPr>
          <w:p w14:paraId="0AEE312E" w14:textId="42F58235" w:rsidR="002C6DE1" w:rsidRDefault="002C6DE1" w:rsidP="00F4569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50 kW, 15–80 % v prib. 28 minutah</w:t>
            </w:r>
          </w:p>
        </w:tc>
      </w:tr>
      <w:tr w:rsidR="002C6DE1" w14:paraId="0972720A" w14:textId="77777777" w:rsidTr="4D2D6446">
        <w:tc>
          <w:tcPr>
            <w:tcW w:w="3775" w:type="dxa"/>
          </w:tcPr>
          <w:p w14:paraId="57C5B62D" w14:textId="77777777" w:rsidR="002C6DE1" w:rsidRDefault="002C6DE1" w:rsidP="00F4569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Polnjenje z izmeničnim tokom</w:t>
            </w:r>
          </w:p>
        </w:tc>
        <w:tc>
          <w:tcPr>
            <w:tcW w:w="4855" w:type="dxa"/>
          </w:tcPr>
          <w:p w14:paraId="56EAD176" w14:textId="0BB2F73C" w:rsidR="002C6DE1" w:rsidRDefault="002C6DE1" w:rsidP="00F4569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 kW (dvosmerno)</w:t>
            </w:r>
          </w:p>
        </w:tc>
      </w:tr>
      <w:tr w:rsidR="00812356" w14:paraId="0DA188AA" w14:textId="77777777" w:rsidTr="4D2D6446">
        <w:tc>
          <w:tcPr>
            <w:tcW w:w="3775" w:type="dxa"/>
          </w:tcPr>
          <w:p w14:paraId="25DB21CD" w14:textId="4197DC21" w:rsidR="00812356" w:rsidRDefault="00812356" w:rsidP="00F4569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Izhodna moč</w:t>
            </w:r>
          </w:p>
        </w:tc>
        <w:tc>
          <w:tcPr>
            <w:tcW w:w="4855" w:type="dxa"/>
          </w:tcPr>
          <w:p w14:paraId="62AC78C2" w14:textId="3457B9C0" w:rsidR="00812356" w:rsidRDefault="00812356" w:rsidP="00F4569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60 kW</w:t>
            </w:r>
          </w:p>
        </w:tc>
      </w:tr>
      <w:tr w:rsidR="00E15985" w14:paraId="21946620" w14:textId="77777777">
        <w:tc>
          <w:tcPr>
            <w:tcW w:w="8630" w:type="dxa"/>
            <w:gridSpan w:val="2"/>
          </w:tcPr>
          <w:p w14:paraId="12214658" w14:textId="22C97C6E" w:rsidR="00E15985" w:rsidRPr="00293DEA" w:rsidRDefault="00E15985" w:rsidP="00F45691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</w:rPr>
              <w:t>Prostornina prtljažnika</w:t>
            </w:r>
          </w:p>
        </w:tc>
      </w:tr>
      <w:tr w:rsidR="00E15985" w14:paraId="290F99A0" w14:textId="77777777" w:rsidTr="4D2D6446">
        <w:tc>
          <w:tcPr>
            <w:tcW w:w="3775" w:type="dxa"/>
          </w:tcPr>
          <w:p w14:paraId="31392C1D" w14:textId="2CA65CCC" w:rsidR="00E15985" w:rsidRDefault="00A912C0" w:rsidP="00F4569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Brez zloženih sedežev</w:t>
            </w:r>
          </w:p>
        </w:tc>
        <w:tc>
          <w:tcPr>
            <w:tcW w:w="4855" w:type="dxa"/>
          </w:tcPr>
          <w:p w14:paraId="795E1319" w14:textId="03598A1F" w:rsidR="00E15985" w:rsidRDefault="00C82FB1" w:rsidP="00F4569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356 l VDA</w:t>
            </w:r>
          </w:p>
        </w:tc>
      </w:tr>
      <w:tr w:rsidR="007E0622" w14:paraId="4FCEC2A5" w14:textId="77777777" w:rsidTr="4D2D6446">
        <w:tc>
          <w:tcPr>
            <w:tcW w:w="3775" w:type="dxa"/>
          </w:tcPr>
          <w:p w14:paraId="1DF23705" w14:textId="1B386307" w:rsidR="007E0622" w:rsidRDefault="00A912C0" w:rsidP="00F4569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Zloženi zadnji sedeži</w:t>
            </w:r>
          </w:p>
        </w:tc>
        <w:tc>
          <w:tcPr>
            <w:tcW w:w="4855" w:type="dxa"/>
          </w:tcPr>
          <w:p w14:paraId="70358225" w14:textId="5F910996" w:rsidR="007E0622" w:rsidRPr="00BB6DDE" w:rsidRDefault="00FB2FA2" w:rsidP="00F4569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1221 l VDA</w:t>
            </w:r>
          </w:p>
        </w:tc>
      </w:tr>
    </w:tbl>
    <w:p w14:paraId="4A9E2A76" w14:textId="05F1123B" w:rsidR="3FE9D2FA" w:rsidRDefault="3FE9D2FA" w:rsidP="3FE9D2FA">
      <w:pPr>
        <w:rPr>
          <w:rFonts w:ascii="Verdana" w:hAnsi="Verdana"/>
          <w:b/>
          <w:bCs/>
          <w:sz w:val="20"/>
          <w:szCs w:val="20"/>
        </w:rPr>
      </w:pPr>
    </w:p>
    <w:sectPr w:rsidR="3FE9D2FA" w:rsidSect="00034616">
      <w:head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C1551E" w14:textId="77777777" w:rsidR="002E6821" w:rsidRPr="00080671" w:rsidRDefault="002E6821" w:rsidP="00D2141D">
      <w:pPr>
        <w:spacing w:after="0" w:line="240" w:lineRule="auto"/>
      </w:pPr>
      <w:r w:rsidRPr="00080671">
        <w:separator/>
      </w:r>
    </w:p>
  </w:endnote>
  <w:endnote w:type="continuationSeparator" w:id="0">
    <w:p w14:paraId="5F029F2B" w14:textId="77777777" w:rsidR="002E6821" w:rsidRPr="00080671" w:rsidRDefault="002E6821" w:rsidP="00D2141D">
      <w:pPr>
        <w:spacing w:after="0" w:line="240" w:lineRule="auto"/>
      </w:pPr>
      <w:r w:rsidRPr="000806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F348B0" w14:textId="77777777" w:rsidR="002E6821" w:rsidRPr="00080671" w:rsidRDefault="002E6821" w:rsidP="00D2141D">
      <w:pPr>
        <w:spacing w:after="0" w:line="240" w:lineRule="auto"/>
      </w:pPr>
      <w:r w:rsidRPr="00080671">
        <w:separator/>
      </w:r>
    </w:p>
  </w:footnote>
  <w:footnote w:type="continuationSeparator" w:id="0">
    <w:p w14:paraId="20180E7D" w14:textId="77777777" w:rsidR="002E6821" w:rsidRPr="00080671" w:rsidRDefault="002E6821" w:rsidP="00D2141D">
      <w:pPr>
        <w:spacing w:after="0" w:line="240" w:lineRule="auto"/>
      </w:pPr>
      <w:r w:rsidRPr="0008067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A39535" w14:textId="1214EE99" w:rsidR="003955CA" w:rsidRPr="00080671" w:rsidRDefault="002F13A2" w:rsidP="00C36A09">
    <w:r>
      <w:rPr>
        <w:noProof/>
        <w:color w:val="2B579A"/>
        <w:shd w:val="clear" w:color="auto" w:fill="E6E6E6"/>
        <w:lang w:eastAsia="sl-SI"/>
      </w:rPr>
      <w:drawing>
        <wp:anchor distT="0" distB="0" distL="114300" distR="114300" simplePos="0" relativeHeight="251658240" behindDoc="0" locked="0" layoutInCell="1" allowOverlap="1" wp14:anchorId="4812231F" wp14:editId="6852C555">
          <wp:simplePos x="0" y="0"/>
          <wp:positionH relativeFrom="margin">
            <wp:posOffset>-361950</wp:posOffset>
          </wp:positionH>
          <wp:positionV relativeFrom="paragraph">
            <wp:posOffset>-171450</wp:posOffset>
          </wp:positionV>
          <wp:extent cx="914400" cy="758825"/>
          <wp:effectExtent l="0" t="0" r="0" b="3175"/>
          <wp:wrapTopAndBottom/>
          <wp:docPr id="1091881293" name="Picture 1091881293">
            <a:extLst xmlns:a="http://schemas.openxmlformats.org/drawingml/2006/main">
              <a:ext uri="{FF2B5EF4-FFF2-40B4-BE49-F238E27FC236}">
                <a16:creationId xmlns:a16="http://schemas.microsoft.com/office/drawing/2014/main" id="{EBE40716-79EA-4F89-B56E-B88F1B34991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758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542052"/>
    <w:multiLevelType w:val="multilevel"/>
    <w:tmpl w:val="4DA2C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7E8124F"/>
    <w:multiLevelType w:val="hybridMultilevel"/>
    <w:tmpl w:val="3402A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20452A"/>
    <w:multiLevelType w:val="hybridMultilevel"/>
    <w:tmpl w:val="1DACD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5A736F"/>
    <w:multiLevelType w:val="hybridMultilevel"/>
    <w:tmpl w:val="7AAC8750"/>
    <w:lvl w:ilvl="0" w:tplc="679C288A"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587EED"/>
    <w:multiLevelType w:val="multilevel"/>
    <w:tmpl w:val="42D2C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5FD3C8E"/>
    <w:multiLevelType w:val="multilevel"/>
    <w:tmpl w:val="95C64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6057019"/>
    <w:multiLevelType w:val="hybridMultilevel"/>
    <w:tmpl w:val="8716F9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72101EA"/>
    <w:multiLevelType w:val="multilevel"/>
    <w:tmpl w:val="4D2C0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D127E20"/>
    <w:multiLevelType w:val="hybridMultilevel"/>
    <w:tmpl w:val="D15E7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D51067"/>
    <w:multiLevelType w:val="multilevel"/>
    <w:tmpl w:val="C4CEB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81E41D2"/>
    <w:multiLevelType w:val="multilevel"/>
    <w:tmpl w:val="BCF48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83B2644"/>
    <w:multiLevelType w:val="hybridMultilevel"/>
    <w:tmpl w:val="50900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8D19F8"/>
    <w:multiLevelType w:val="hybridMultilevel"/>
    <w:tmpl w:val="503ECC92"/>
    <w:lvl w:ilvl="0" w:tplc="F8BCF0D8">
      <w:start w:val="1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186AB7"/>
    <w:multiLevelType w:val="hybridMultilevel"/>
    <w:tmpl w:val="74961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9007FD"/>
    <w:multiLevelType w:val="multilevel"/>
    <w:tmpl w:val="427E5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6B3406A"/>
    <w:multiLevelType w:val="hybridMultilevel"/>
    <w:tmpl w:val="BC105A9A"/>
    <w:lvl w:ilvl="0" w:tplc="4502BC28"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3A692E"/>
    <w:multiLevelType w:val="hybridMultilevel"/>
    <w:tmpl w:val="A81CB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4A4EEE"/>
    <w:multiLevelType w:val="hybridMultilevel"/>
    <w:tmpl w:val="A93AA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771FB1"/>
    <w:multiLevelType w:val="multilevel"/>
    <w:tmpl w:val="E580D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BA61A36"/>
    <w:multiLevelType w:val="hybridMultilevel"/>
    <w:tmpl w:val="66846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ED77934"/>
    <w:multiLevelType w:val="multilevel"/>
    <w:tmpl w:val="27CAD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78C16BA"/>
    <w:multiLevelType w:val="hybridMultilevel"/>
    <w:tmpl w:val="38B60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5A33A4"/>
    <w:multiLevelType w:val="multilevel"/>
    <w:tmpl w:val="ADF89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FAF2425"/>
    <w:multiLevelType w:val="multilevel"/>
    <w:tmpl w:val="BDA29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096620B"/>
    <w:multiLevelType w:val="hybridMultilevel"/>
    <w:tmpl w:val="FFEE0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3A5717"/>
    <w:multiLevelType w:val="hybridMultilevel"/>
    <w:tmpl w:val="15B89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D771EF"/>
    <w:multiLevelType w:val="multilevel"/>
    <w:tmpl w:val="36DC1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6B2542"/>
    <w:multiLevelType w:val="multilevel"/>
    <w:tmpl w:val="FD8EF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BE6E10"/>
    <w:multiLevelType w:val="hybridMultilevel"/>
    <w:tmpl w:val="5A48F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5E5DEB"/>
    <w:multiLevelType w:val="hybridMultilevel"/>
    <w:tmpl w:val="5918551C"/>
    <w:lvl w:ilvl="0" w:tplc="679C288A"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505E34"/>
    <w:multiLevelType w:val="hybridMultilevel"/>
    <w:tmpl w:val="C6C2B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62216E"/>
    <w:multiLevelType w:val="multilevel"/>
    <w:tmpl w:val="7EA4D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5"/>
  </w:num>
  <w:num w:numId="3">
    <w:abstractNumId w:val="11"/>
  </w:num>
  <w:num w:numId="4">
    <w:abstractNumId w:val="27"/>
  </w:num>
  <w:num w:numId="5">
    <w:abstractNumId w:val="8"/>
  </w:num>
  <w:num w:numId="6">
    <w:abstractNumId w:val="39"/>
  </w:num>
  <w:num w:numId="7">
    <w:abstractNumId w:val="28"/>
  </w:num>
  <w:num w:numId="8">
    <w:abstractNumId w:val="3"/>
  </w:num>
  <w:num w:numId="9">
    <w:abstractNumId w:val="26"/>
  </w:num>
  <w:num w:numId="10">
    <w:abstractNumId w:val="23"/>
  </w:num>
  <w:num w:numId="11">
    <w:abstractNumId w:val="40"/>
  </w:num>
  <w:num w:numId="12">
    <w:abstractNumId w:val="2"/>
  </w:num>
  <w:num w:numId="13">
    <w:abstractNumId w:val="15"/>
  </w:num>
  <w:num w:numId="14">
    <w:abstractNumId w:val="34"/>
  </w:num>
  <w:num w:numId="15">
    <w:abstractNumId w:val="21"/>
  </w:num>
  <w:num w:numId="16">
    <w:abstractNumId w:val="1"/>
  </w:num>
  <w:num w:numId="17">
    <w:abstractNumId w:val="7"/>
  </w:num>
  <w:num w:numId="18">
    <w:abstractNumId w:val="38"/>
  </w:num>
  <w:num w:numId="19">
    <w:abstractNumId w:val="37"/>
  </w:num>
  <w:num w:numId="20">
    <w:abstractNumId w:val="19"/>
  </w:num>
  <w:num w:numId="21">
    <w:abstractNumId w:val="6"/>
  </w:num>
  <w:num w:numId="22">
    <w:abstractNumId w:val="32"/>
  </w:num>
  <w:num w:numId="23">
    <w:abstractNumId w:val="4"/>
  </w:num>
  <w:num w:numId="24">
    <w:abstractNumId w:val="9"/>
  </w:num>
  <w:num w:numId="25">
    <w:abstractNumId w:val="30"/>
  </w:num>
  <w:num w:numId="26">
    <w:abstractNumId w:val="25"/>
  </w:num>
  <w:num w:numId="27">
    <w:abstractNumId w:val="10"/>
  </w:num>
  <w:num w:numId="28">
    <w:abstractNumId w:val="31"/>
  </w:num>
  <w:num w:numId="29">
    <w:abstractNumId w:val="14"/>
  </w:num>
  <w:num w:numId="30">
    <w:abstractNumId w:val="29"/>
  </w:num>
  <w:num w:numId="31">
    <w:abstractNumId w:val="13"/>
  </w:num>
  <w:num w:numId="32">
    <w:abstractNumId w:val="20"/>
  </w:num>
  <w:num w:numId="33">
    <w:abstractNumId w:val="0"/>
  </w:num>
  <w:num w:numId="34">
    <w:abstractNumId w:val="33"/>
  </w:num>
  <w:num w:numId="35">
    <w:abstractNumId w:val="35"/>
  </w:num>
  <w:num w:numId="36">
    <w:abstractNumId w:val="36"/>
  </w:num>
  <w:num w:numId="37">
    <w:abstractNumId w:val="17"/>
  </w:num>
  <w:num w:numId="38">
    <w:abstractNumId w:val="22"/>
  </w:num>
  <w:num w:numId="39">
    <w:abstractNumId w:val="12"/>
  </w:num>
  <w:num w:numId="40">
    <w:abstractNumId w:val="24"/>
  </w:num>
  <w:num w:numId="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053D"/>
    <w:rsid w:val="0000076B"/>
    <w:rsid w:val="00001511"/>
    <w:rsid w:val="00001A1D"/>
    <w:rsid w:val="00001DAD"/>
    <w:rsid w:val="0000275E"/>
    <w:rsid w:val="00002C0C"/>
    <w:rsid w:val="0000316B"/>
    <w:rsid w:val="000035F9"/>
    <w:rsid w:val="000038DC"/>
    <w:rsid w:val="00003E9F"/>
    <w:rsid w:val="000044DA"/>
    <w:rsid w:val="0000475A"/>
    <w:rsid w:val="00004A40"/>
    <w:rsid w:val="00004D4D"/>
    <w:rsid w:val="00004F6D"/>
    <w:rsid w:val="00004FF6"/>
    <w:rsid w:val="00005294"/>
    <w:rsid w:val="00005456"/>
    <w:rsid w:val="0000552C"/>
    <w:rsid w:val="000058E1"/>
    <w:rsid w:val="000069D2"/>
    <w:rsid w:val="00006CD0"/>
    <w:rsid w:val="000074A1"/>
    <w:rsid w:val="000074C7"/>
    <w:rsid w:val="00007BFD"/>
    <w:rsid w:val="00007C3F"/>
    <w:rsid w:val="00007C85"/>
    <w:rsid w:val="0001059C"/>
    <w:rsid w:val="00010A96"/>
    <w:rsid w:val="000113D2"/>
    <w:rsid w:val="000116E2"/>
    <w:rsid w:val="00011817"/>
    <w:rsid w:val="00011D96"/>
    <w:rsid w:val="00011FB1"/>
    <w:rsid w:val="000123AE"/>
    <w:rsid w:val="000124A6"/>
    <w:rsid w:val="00012AAA"/>
    <w:rsid w:val="00012C69"/>
    <w:rsid w:val="00012EFB"/>
    <w:rsid w:val="00013330"/>
    <w:rsid w:val="00013358"/>
    <w:rsid w:val="0001349A"/>
    <w:rsid w:val="00013A86"/>
    <w:rsid w:val="0001417D"/>
    <w:rsid w:val="000144AC"/>
    <w:rsid w:val="000149B6"/>
    <w:rsid w:val="00014ECE"/>
    <w:rsid w:val="00015691"/>
    <w:rsid w:val="000156C5"/>
    <w:rsid w:val="0001591A"/>
    <w:rsid w:val="00015EA7"/>
    <w:rsid w:val="00015EF9"/>
    <w:rsid w:val="0001615B"/>
    <w:rsid w:val="000163D5"/>
    <w:rsid w:val="00016644"/>
    <w:rsid w:val="0002002D"/>
    <w:rsid w:val="00020067"/>
    <w:rsid w:val="000202A8"/>
    <w:rsid w:val="00021E81"/>
    <w:rsid w:val="00022199"/>
    <w:rsid w:val="000222ED"/>
    <w:rsid w:val="00022655"/>
    <w:rsid w:val="0002282B"/>
    <w:rsid w:val="000247DB"/>
    <w:rsid w:val="0002483F"/>
    <w:rsid w:val="000249B9"/>
    <w:rsid w:val="000249CD"/>
    <w:rsid w:val="00024CB9"/>
    <w:rsid w:val="00024E9E"/>
    <w:rsid w:val="000251D3"/>
    <w:rsid w:val="000255AC"/>
    <w:rsid w:val="00025AAB"/>
    <w:rsid w:val="00025E78"/>
    <w:rsid w:val="0002631A"/>
    <w:rsid w:val="00026373"/>
    <w:rsid w:val="00026721"/>
    <w:rsid w:val="00026755"/>
    <w:rsid w:val="00026D73"/>
    <w:rsid w:val="00027253"/>
    <w:rsid w:val="00027860"/>
    <w:rsid w:val="000300F7"/>
    <w:rsid w:val="000301E0"/>
    <w:rsid w:val="000308DE"/>
    <w:rsid w:val="00030A2B"/>
    <w:rsid w:val="000311AB"/>
    <w:rsid w:val="0003120B"/>
    <w:rsid w:val="00031DAB"/>
    <w:rsid w:val="00031E06"/>
    <w:rsid w:val="000326C1"/>
    <w:rsid w:val="00033418"/>
    <w:rsid w:val="0003363C"/>
    <w:rsid w:val="000337B5"/>
    <w:rsid w:val="00033871"/>
    <w:rsid w:val="000339A8"/>
    <w:rsid w:val="00033FA1"/>
    <w:rsid w:val="000340D0"/>
    <w:rsid w:val="00034616"/>
    <w:rsid w:val="0003471E"/>
    <w:rsid w:val="0003484E"/>
    <w:rsid w:val="00034EB8"/>
    <w:rsid w:val="0003537E"/>
    <w:rsid w:val="000356A3"/>
    <w:rsid w:val="0003609D"/>
    <w:rsid w:val="00036113"/>
    <w:rsid w:val="00036161"/>
    <w:rsid w:val="00036CBD"/>
    <w:rsid w:val="00037206"/>
    <w:rsid w:val="00037264"/>
    <w:rsid w:val="00037701"/>
    <w:rsid w:val="000377FB"/>
    <w:rsid w:val="00037972"/>
    <w:rsid w:val="00037ACC"/>
    <w:rsid w:val="00037B2B"/>
    <w:rsid w:val="00040087"/>
    <w:rsid w:val="00040159"/>
    <w:rsid w:val="00040327"/>
    <w:rsid w:val="00040FB3"/>
    <w:rsid w:val="000413B3"/>
    <w:rsid w:val="00041505"/>
    <w:rsid w:val="00041840"/>
    <w:rsid w:val="00041AC0"/>
    <w:rsid w:val="00041B36"/>
    <w:rsid w:val="0004220E"/>
    <w:rsid w:val="00043022"/>
    <w:rsid w:val="00043733"/>
    <w:rsid w:val="00043A8C"/>
    <w:rsid w:val="00044038"/>
    <w:rsid w:val="0004442B"/>
    <w:rsid w:val="000445A7"/>
    <w:rsid w:val="00044A2E"/>
    <w:rsid w:val="00044C34"/>
    <w:rsid w:val="00044EBF"/>
    <w:rsid w:val="00045080"/>
    <w:rsid w:val="00045288"/>
    <w:rsid w:val="00045531"/>
    <w:rsid w:val="000457A3"/>
    <w:rsid w:val="00045B84"/>
    <w:rsid w:val="00045D45"/>
    <w:rsid w:val="00045F34"/>
    <w:rsid w:val="00045FDF"/>
    <w:rsid w:val="000468D7"/>
    <w:rsid w:val="00046FA3"/>
    <w:rsid w:val="000471EC"/>
    <w:rsid w:val="0005026D"/>
    <w:rsid w:val="000505AC"/>
    <w:rsid w:val="000509CA"/>
    <w:rsid w:val="00050ABB"/>
    <w:rsid w:val="00050FCF"/>
    <w:rsid w:val="00051A09"/>
    <w:rsid w:val="00051A2A"/>
    <w:rsid w:val="000523A5"/>
    <w:rsid w:val="000523C4"/>
    <w:rsid w:val="000524DB"/>
    <w:rsid w:val="000526B2"/>
    <w:rsid w:val="00052E25"/>
    <w:rsid w:val="00053008"/>
    <w:rsid w:val="000531E8"/>
    <w:rsid w:val="000538A9"/>
    <w:rsid w:val="00053A55"/>
    <w:rsid w:val="00053B33"/>
    <w:rsid w:val="00054690"/>
    <w:rsid w:val="00054B5C"/>
    <w:rsid w:val="00054BBA"/>
    <w:rsid w:val="00054BE0"/>
    <w:rsid w:val="00055760"/>
    <w:rsid w:val="00055999"/>
    <w:rsid w:val="00055DAF"/>
    <w:rsid w:val="0005636C"/>
    <w:rsid w:val="000565F6"/>
    <w:rsid w:val="00056650"/>
    <w:rsid w:val="000567E8"/>
    <w:rsid w:val="000569EC"/>
    <w:rsid w:val="00057936"/>
    <w:rsid w:val="00057B97"/>
    <w:rsid w:val="00057E86"/>
    <w:rsid w:val="0006063C"/>
    <w:rsid w:val="000606D0"/>
    <w:rsid w:val="00060960"/>
    <w:rsid w:val="00060C87"/>
    <w:rsid w:val="00060CE9"/>
    <w:rsid w:val="000615CE"/>
    <w:rsid w:val="00061E21"/>
    <w:rsid w:val="00061E83"/>
    <w:rsid w:val="00062CA9"/>
    <w:rsid w:val="000637E9"/>
    <w:rsid w:val="00063FEA"/>
    <w:rsid w:val="00064E0E"/>
    <w:rsid w:val="00065C90"/>
    <w:rsid w:val="00065FE9"/>
    <w:rsid w:val="00066273"/>
    <w:rsid w:val="00066775"/>
    <w:rsid w:val="00066794"/>
    <w:rsid w:val="00067163"/>
    <w:rsid w:val="00067A0D"/>
    <w:rsid w:val="00067C76"/>
    <w:rsid w:val="00067FF8"/>
    <w:rsid w:val="00070237"/>
    <w:rsid w:val="0007088F"/>
    <w:rsid w:val="000708EC"/>
    <w:rsid w:val="00071297"/>
    <w:rsid w:val="000714DD"/>
    <w:rsid w:val="00072029"/>
    <w:rsid w:val="00072B58"/>
    <w:rsid w:val="00072DB0"/>
    <w:rsid w:val="00073A86"/>
    <w:rsid w:val="0007412B"/>
    <w:rsid w:val="00074DB4"/>
    <w:rsid w:val="000753B9"/>
    <w:rsid w:val="0007540D"/>
    <w:rsid w:val="00075CB6"/>
    <w:rsid w:val="00075D96"/>
    <w:rsid w:val="00076C30"/>
    <w:rsid w:val="00076D8D"/>
    <w:rsid w:val="00076EC5"/>
    <w:rsid w:val="00077352"/>
    <w:rsid w:val="0007735E"/>
    <w:rsid w:val="00077D74"/>
    <w:rsid w:val="0008005C"/>
    <w:rsid w:val="000803ED"/>
    <w:rsid w:val="0008061F"/>
    <w:rsid w:val="00080671"/>
    <w:rsid w:val="00080D09"/>
    <w:rsid w:val="00081513"/>
    <w:rsid w:val="000819C4"/>
    <w:rsid w:val="00081BE0"/>
    <w:rsid w:val="00082148"/>
    <w:rsid w:val="000828DB"/>
    <w:rsid w:val="00082BEB"/>
    <w:rsid w:val="00083367"/>
    <w:rsid w:val="000837A8"/>
    <w:rsid w:val="00083FE3"/>
    <w:rsid w:val="000848BD"/>
    <w:rsid w:val="00084F5D"/>
    <w:rsid w:val="000850AA"/>
    <w:rsid w:val="000850C9"/>
    <w:rsid w:val="00085AF8"/>
    <w:rsid w:val="000860BA"/>
    <w:rsid w:val="0008685F"/>
    <w:rsid w:val="00086B61"/>
    <w:rsid w:val="0008716E"/>
    <w:rsid w:val="00087213"/>
    <w:rsid w:val="00090241"/>
    <w:rsid w:val="000903CC"/>
    <w:rsid w:val="00090631"/>
    <w:rsid w:val="00091513"/>
    <w:rsid w:val="00091663"/>
    <w:rsid w:val="000918DA"/>
    <w:rsid w:val="00092550"/>
    <w:rsid w:val="00092644"/>
    <w:rsid w:val="00092729"/>
    <w:rsid w:val="00092FAF"/>
    <w:rsid w:val="0009352A"/>
    <w:rsid w:val="0009415F"/>
    <w:rsid w:val="0009418E"/>
    <w:rsid w:val="0009419D"/>
    <w:rsid w:val="00094242"/>
    <w:rsid w:val="0009427B"/>
    <w:rsid w:val="00094807"/>
    <w:rsid w:val="00094E5C"/>
    <w:rsid w:val="00094F22"/>
    <w:rsid w:val="000950D1"/>
    <w:rsid w:val="000962B6"/>
    <w:rsid w:val="000965C6"/>
    <w:rsid w:val="000969A2"/>
    <w:rsid w:val="000974BB"/>
    <w:rsid w:val="00097AAF"/>
    <w:rsid w:val="00097D65"/>
    <w:rsid w:val="00097FB7"/>
    <w:rsid w:val="000A0316"/>
    <w:rsid w:val="000A0A0D"/>
    <w:rsid w:val="000A15E7"/>
    <w:rsid w:val="000A16CB"/>
    <w:rsid w:val="000A1890"/>
    <w:rsid w:val="000A1AB7"/>
    <w:rsid w:val="000A1D77"/>
    <w:rsid w:val="000A1DA6"/>
    <w:rsid w:val="000A21EB"/>
    <w:rsid w:val="000A2A5A"/>
    <w:rsid w:val="000A30E0"/>
    <w:rsid w:val="000A357B"/>
    <w:rsid w:val="000A3848"/>
    <w:rsid w:val="000A4235"/>
    <w:rsid w:val="000A42CB"/>
    <w:rsid w:val="000A45A8"/>
    <w:rsid w:val="000A49F2"/>
    <w:rsid w:val="000A4E44"/>
    <w:rsid w:val="000A4FD3"/>
    <w:rsid w:val="000A543E"/>
    <w:rsid w:val="000A5825"/>
    <w:rsid w:val="000A5FD1"/>
    <w:rsid w:val="000A6630"/>
    <w:rsid w:val="000A6EA0"/>
    <w:rsid w:val="000A6FC3"/>
    <w:rsid w:val="000A77F0"/>
    <w:rsid w:val="000B023E"/>
    <w:rsid w:val="000B0478"/>
    <w:rsid w:val="000B063B"/>
    <w:rsid w:val="000B094B"/>
    <w:rsid w:val="000B0CCE"/>
    <w:rsid w:val="000B11AC"/>
    <w:rsid w:val="000B15CB"/>
    <w:rsid w:val="000B18E0"/>
    <w:rsid w:val="000B19AD"/>
    <w:rsid w:val="000B1CD1"/>
    <w:rsid w:val="000B1E54"/>
    <w:rsid w:val="000B279A"/>
    <w:rsid w:val="000B2E8E"/>
    <w:rsid w:val="000B309D"/>
    <w:rsid w:val="000B3400"/>
    <w:rsid w:val="000B3416"/>
    <w:rsid w:val="000B4992"/>
    <w:rsid w:val="000B4EA9"/>
    <w:rsid w:val="000B53AD"/>
    <w:rsid w:val="000B65CB"/>
    <w:rsid w:val="000B6BA4"/>
    <w:rsid w:val="000B73E5"/>
    <w:rsid w:val="000B74BB"/>
    <w:rsid w:val="000B7F6D"/>
    <w:rsid w:val="000C00B4"/>
    <w:rsid w:val="000C0184"/>
    <w:rsid w:val="000C0293"/>
    <w:rsid w:val="000C05D8"/>
    <w:rsid w:val="000C12F7"/>
    <w:rsid w:val="000C1C15"/>
    <w:rsid w:val="000C1C80"/>
    <w:rsid w:val="000C1E08"/>
    <w:rsid w:val="000C262A"/>
    <w:rsid w:val="000C2ABC"/>
    <w:rsid w:val="000C33F5"/>
    <w:rsid w:val="000C3C63"/>
    <w:rsid w:val="000C3CCF"/>
    <w:rsid w:val="000C427C"/>
    <w:rsid w:val="000C5101"/>
    <w:rsid w:val="000C51F1"/>
    <w:rsid w:val="000C5471"/>
    <w:rsid w:val="000C5730"/>
    <w:rsid w:val="000C57E2"/>
    <w:rsid w:val="000C6835"/>
    <w:rsid w:val="000C6BF7"/>
    <w:rsid w:val="000C6CC8"/>
    <w:rsid w:val="000C712B"/>
    <w:rsid w:val="000C7A8B"/>
    <w:rsid w:val="000C7F04"/>
    <w:rsid w:val="000C7F53"/>
    <w:rsid w:val="000D0A3F"/>
    <w:rsid w:val="000D1797"/>
    <w:rsid w:val="000D1BEC"/>
    <w:rsid w:val="000D2080"/>
    <w:rsid w:val="000D2420"/>
    <w:rsid w:val="000D24D0"/>
    <w:rsid w:val="000D2997"/>
    <w:rsid w:val="000D2A92"/>
    <w:rsid w:val="000D2C58"/>
    <w:rsid w:val="000D2E90"/>
    <w:rsid w:val="000D2EFA"/>
    <w:rsid w:val="000D3742"/>
    <w:rsid w:val="000D3CB8"/>
    <w:rsid w:val="000D3E2D"/>
    <w:rsid w:val="000D4149"/>
    <w:rsid w:val="000D44F2"/>
    <w:rsid w:val="000D4601"/>
    <w:rsid w:val="000D4EA8"/>
    <w:rsid w:val="000D5385"/>
    <w:rsid w:val="000D60B4"/>
    <w:rsid w:val="000D61DB"/>
    <w:rsid w:val="000D6A3E"/>
    <w:rsid w:val="000D6E06"/>
    <w:rsid w:val="000D7A85"/>
    <w:rsid w:val="000D7B58"/>
    <w:rsid w:val="000E1110"/>
    <w:rsid w:val="000E12C5"/>
    <w:rsid w:val="000E1816"/>
    <w:rsid w:val="000E1B3A"/>
    <w:rsid w:val="000E213B"/>
    <w:rsid w:val="000E2210"/>
    <w:rsid w:val="000E24AD"/>
    <w:rsid w:val="000E286B"/>
    <w:rsid w:val="000E2E50"/>
    <w:rsid w:val="000E2EB5"/>
    <w:rsid w:val="000E350D"/>
    <w:rsid w:val="000E3609"/>
    <w:rsid w:val="000E392C"/>
    <w:rsid w:val="000E3E91"/>
    <w:rsid w:val="000E3F2D"/>
    <w:rsid w:val="000E403A"/>
    <w:rsid w:val="000E4700"/>
    <w:rsid w:val="000E49A9"/>
    <w:rsid w:val="000E5496"/>
    <w:rsid w:val="000E5612"/>
    <w:rsid w:val="000E5805"/>
    <w:rsid w:val="000E591B"/>
    <w:rsid w:val="000E5F80"/>
    <w:rsid w:val="000E63E0"/>
    <w:rsid w:val="000E6E42"/>
    <w:rsid w:val="000E7312"/>
    <w:rsid w:val="000E75DC"/>
    <w:rsid w:val="000E7D32"/>
    <w:rsid w:val="000E7D57"/>
    <w:rsid w:val="000F019E"/>
    <w:rsid w:val="000F01EE"/>
    <w:rsid w:val="000F043D"/>
    <w:rsid w:val="000F0776"/>
    <w:rsid w:val="000F07EA"/>
    <w:rsid w:val="000F0C44"/>
    <w:rsid w:val="000F103F"/>
    <w:rsid w:val="000F1068"/>
    <w:rsid w:val="000F1443"/>
    <w:rsid w:val="000F1800"/>
    <w:rsid w:val="000F2751"/>
    <w:rsid w:val="000F28D0"/>
    <w:rsid w:val="000F2947"/>
    <w:rsid w:val="000F3266"/>
    <w:rsid w:val="000F3319"/>
    <w:rsid w:val="000F3431"/>
    <w:rsid w:val="000F34A6"/>
    <w:rsid w:val="000F35BC"/>
    <w:rsid w:val="000F39CA"/>
    <w:rsid w:val="000F44A8"/>
    <w:rsid w:val="000F4A1F"/>
    <w:rsid w:val="000F60B1"/>
    <w:rsid w:val="000F67E6"/>
    <w:rsid w:val="000F757A"/>
    <w:rsid w:val="000F7D6C"/>
    <w:rsid w:val="001003DC"/>
    <w:rsid w:val="001005A9"/>
    <w:rsid w:val="001007E5"/>
    <w:rsid w:val="00100D02"/>
    <w:rsid w:val="00101208"/>
    <w:rsid w:val="001014AD"/>
    <w:rsid w:val="001014C3"/>
    <w:rsid w:val="00101A5E"/>
    <w:rsid w:val="00101A98"/>
    <w:rsid w:val="0010200C"/>
    <w:rsid w:val="001028B1"/>
    <w:rsid w:val="00103975"/>
    <w:rsid w:val="00103C71"/>
    <w:rsid w:val="00103E80"/>
    <w:rsid w:val="00104D35"/>
    <w:rsid w:val="0010540F"/>
    <w:rsid w:val="001055F5"/>
    <w:rsid w:val="001060CA"/>
    <w:rsid w:val="001067CC"/>
    <w:rsid w:val="00106D29"/>
    <w:rsid w:val="00107A05"/>
    <w:rsid w:val="00107A37"/>
    <w:rsid w:val="00110447"/>
    <w:rsid w:val="001106DB"/>
    <w:rsid w:val="001108A1"/>
    <w:rsid w:val="00111215"/>
    <w:rsid w:val="00111219"/>
    <w:rsid w:val="0011126B"/>
    <w:rsid w:val="001113B4"/>
    <w:rsid w:val="00111F88"/>
    <w:rsid w:val="00112400"/>
    <w:rsid w:val="001126C6"/>
    <w:rsid w:val="001127F1"/>
    <w:rsid w:val="00112B34"/>
    <w:rsid w:val="00113077"/>
    <w:rsid w:val="00113ACA"/>
    <w:rsid w:val="00113BCE"/>
    <w:rsid w:val="00113BD9"/>
    <w:rsid w:val="00113F2A"/>
    <w:rsid w:val="00114505"/>
    <w:rsid w:val="00114685"/>
    <w:rsid w:val="00114C83"/>
    <w:rsid w:val="00114FC7"/>
    <w:rsid w:val="00115C12"/>
    <w:rsid w:val="00115C99"/>
    <w:rsid w:val="00115DB5"/>
    <w:rsid w:val="00115DFC"/>
    <w:rsid w:val="001164E3"/>
    <w:rsid w:val="00116C11"/>
    <w:rsid w:val="00116F42"/>
    <w:rsid w:val="00116FDD"/>
    <w:rsid w:val="001173C0"/>
    <w:rsid w:val="00120354"/>
    <w:rsid w:val="00120826"/>
    <w:rsid w:val="00120F84"/>
    <w:rsid w:val="00121453"/>
    <w:rsid w:val="00122AEC"/>
    <w:rsid w:val="00123034"/>
    <w:rsid w:val="0012307F"/>
    <w:rsid w:val="00123551"/>
    <w:rsid w:val="00123961"/>
    <w:rsid w:val="001242D8"/>
    <w:rsid w:val="00124535"/>
    <w:rsid w:val="001247AF"/>
    <w:rsid w:val="00124CED"/>
    <w:rsid w:val="001258A7"/>
    <w:rsid w:val="00125AB0"/>
    <w:rsid w:val="00125F83"/>
    <w:rsid w:val="001266A0"/>
    <w:rsid w:val="00126793"/>
    <w:rsid w:val="00127354"/>
    <w:rsid w:val="00127654"/>
    <w:rsid w:val="00127C86"/>
    <w:rsid w:val="001303E5"/>
    <w:rsid w:val="0013100F"/>
    <w:rsid w:val="0013121E"/>
    <w:rsid w:val="001313E7"/>
    <w:rsid w:val="0013173A"/>
    <w:rsid w:val="0013182D"/>
    <w:rsid w:val="00131E99"/>
    <w:rsid w:val="001324F6"/>
    <w:rsid w:val="00132504"/>
    <w:rsid w:val="00132569"/>
    <w:rsid w:val="0013295E"/>
    <w:rsid w:val="00132ABB"/>
    <w:rsid w:val="00132CA2"/>
    <w:rsid w:val="00133079"/>
    <w:rsid w:val="001330B1"/>
    <w:rsid w:val="0013393E"/>
    <w:rsid w:val="00133AEB"/>
    <w:rsid w:val="00133CFE"/>
    <w:rsid w:val="00135195"/>
    <w:rsid w:val="00135263"/>
    <w:rsid w:val="00135343"/>
    <w:rsid w:val="00135487"/>
    <w:rsid w:val="00135800"/>
    <w:rsid w:val="001361C7"/>
    <w:rsid w:val="0013625A"/>
    <w:rsid w:val="001369AE"/>
    <w:rsid w:val="0013708D"/>
    <w:rsid w:val="00137739"/>
    <w:rsid w:val="001379B7"/>
    <w:rsid w:val="00137F40"/>
    <w:rsid w:val="00137F8F"/>
    <w:rsid w:val="00140351"/>
    <w:rsid w:val="001406CE"/>
    <w:rsid w:val="00140F11"/>
    <w:rsid w:val="001414BB"/>
    <w:rsid w:val="00141DE4"/>
    <w:rsid w:val="00142542"/>
    <w:rsid w:val="00142554"/>
    <w:rsid w:val="001429B8"/>
    <w:rsid w:val="00142CD4"/>
    <w:rsid w:val="001439A7"/>
    <w:rsid w:val="00143C60"/>
    <w:rsid w:val="00143D0E"/>
    <w:rsid w:val="00144775"/>
    <w:rsid w:val="00144A4F"/>
    <w:rsid w:val="00144C8A"/>
    <w:rsid w:val="00144DAB"/>
    <w:rsid w:val="00144DAF"/>
    <w:rsid w:val="001453BD"/>
    <w:rsid w:val="001459CC"/>
    <w:rsid w:val="0014631E"/>
    <w:rsid w:val="001463AD"/>
    <w:rsid w:val="001469DE"/>
    <w:rsid w:val="00146B3A"/>
    <w:rsid w:val="00146EC4"/>
    <w:rsid w:val="00147436"/>
    <w:rsid w:val="00147471"/>
    <w:rsid w:val="00147771"/>
    <w:rsid w:val="001505EE"/>
    <w:rsid w:val="0015074B"/>
    <w:rsid w:val="00150B59"/>
    <w:rsid w:val="00151524"/>
    <w:rsid w:val="0015181A"/>
    <w:rsid w:val="00151846"/>
    <w:rsid w:val="00152046"/>
    <w:rsid w:val="0015206E"/>
    <w:rsid w:val="00152A33"/>
    <w:rsid w:val="00152B18"/>
    <w:rsid w:val="00152BAF"/>
    <w:rsid w:val="0015359F"/>
    <w:rsid w:val="00153662"/>
    <w:rsid w:val="00153C41"/>
    <w:rsid w:val="00153CFF"/>
    <w:rsid w:val="00153D82"/>
    <w:rsid w:val="00153DC7"/>
    <w:rsid w:val="00153F6F"/>
    <w:rsid w:val="0015408F"/>
    <w:rsid w:val="001545AF"/>
    <w:rsid w:val="00154752"/>
    <w:rsid w:val="001548E3"/>
    <w:rsid w:val="00154A8D"/>
    <w:rsid w:val="00154E4A"/>
    <w:rsid w:val="00155005"/>
    <w:rsid w:val="00155128"/>
    <w:rsid w:val="00155904"/>
    <w:rsid w:val="00155F0F"/>
    <w:rsid w:val="00156104"/>
    <w:rsid w:val="00156791"/>
    <w:rsid w:val="00156B4D"/>
    <w:rsid w:val="00156CF3"/>
    <w:rsid w:val="001572A8"/>
    <w:rsid w:val="001572D3"/>
    <w:rsid w:val="00157A34"/>
    <w:rsid w:val="00160DDD"/>
    <w:rsid w:val="001613F6"/>
    <w:rsid w:val="001616CD"/>
    <w:rsid w:val="00161BA3"/>
    <w:rsid w:val="00162595"/>
    <w:rsid w:val="001628B4"/>
    <w:rsid w:val="001630DD"/>
    <w:rsid w:val="001633A3"/>
    <w:rsid w:val="00163E77"/>
    <w:rsid w:val="001644AB"/>
    <w:rsid w:val="0016482C"/>
    <w:rsid w:val="00164D11"/>
    <w:rsid w:val="00165115"/>
    <w:rsid w:val="001651B2"/>
    <w:rsid w:val="00165739"/>
    <w:rsid w:val="00165D55"/>
    <w:rsid w:val="001661AC"/>
    <w:rsid w:val="0016632B"/>
    <w:rsid w:val="00166F39"/>
    <w:rsid w:val="00167650"/>
    <w:rsid w:val="00167A75"/>
    <w:rsid w:val="00167DEC"/>
    <w:rsid w:val="00170015"/>
    <w:rsid w:val="001707BE"/>
    <w:rsid w:val="00170B65"/>
    <w:rsid w:val="00170C34"/>
    <w:rsid w:val="00170E7B"/>
    <w:rsid w:val="00170EA3"/>
    <w:rsid w:val="00170FDA"/>
    <w:rsid w:val="0017121E"/>
    <w:rsid w:val="001713DD"/>
    <w:rsid w:val="0017182C"/>
    <w:rsid w:val="00171B56"/>
    <w:rsid w:val="00171BC7"/>
    <w:rsid w:val="001722B8"/>
    <w:rsid w:val="001733F4"/>
    <w:rsid w:val="001734BC"/>
    <w:rsid w:val="001739E2"/>
    <w:rsid w:val="00173A2C"/>
    <w:rsid w:val="00173DA7"/>
    <w:rsid w:val="0017424D"/>
    <w:rsid w:val="00174C75"/>
    <w:rsid w:val="00174EEF"/>
    <w:rsid w:val="00174EF2"/>
    <w:rsid w:val="00175204"/>
    <w:rsid w:val="0017596F"/>
    <w:rsid w:val="00175D80"/>
    <w:rsid w:val="001764A0"/>
    <w:rsid w:val="001764E2"/>
    <w:rsid w:val="00176938"/>
    <w:rsid w:val="001775D8"/>
    <w:rsid w:val="00177D68"/>
    <w:rsid w:val="00180789"/>
    <w:rsid w:val="00180D6A"/>
    <w:rsid w:val="00181163"/>
    <w:rsid w:val="001816D3"/>
    <w:rsid w:val="00181B18"/>
    <w:rsid w:val="00181C06"/>
    <w:rsid w:val="00181CD0"/>
    <w:rsid w:val="00181D33"/>
    <w:rsid w:val="001825F5"/>
    <w:rsid w:val="0018347D"/>
    <w:rsid w:val="00183572"/>
    <w:rsid w:val="00184AF4"/>
    <w:rsid w:val="0018580C"/>
    <w:rsid w:val="00185A03"/>
    <w:rsid w:val="00185B55"/>
    <w:rsid w:val="00185BC3"/>
    <w:rsid w:val="00185D70"/>
    <w:rsid w:val="00186138"/>
    <w:rsid w:val="0018614D"/>
    <w:rsid w:val="00186336"/>
    <w:rsid w:val="001867B7"/>
    <w:rsid w:val="001869E1"/>
    <w:rsid w:val="001879C5"/>
    <w:rsid w:val="001900CF"/>
    <w:rsid w:val="00190EA2"/>
    <w:rsid w:val="00191168"/>
    <w:rsid w:val="0019194C"/>
    <w:rsid w:val="00191A11"/>
    <w:rsid w:val="001924EF"/>
    <w:rsid w:val="00192849"/>
    <w:rsid w:val="0019310E"/>
    <w:rsid w:val="001932C8"/>
    <w:rsid w:val="001933ED"/>
    <w:rsid w:val="0019394A"/>
    <w:rsid w:val="00194593"/>
    <w:rsid w:val="00194661"/>
    <w:rsid w:val="001954A8"/>
    <w:rsid w:val="001958F8"/>
    <w:rsid w:val="00195DC5"/>
    <w:rsid w:val="001960BD"/>
    <w:rsid w:val="00196BAE"/>
    <w:rsid w:val="0019787E"/>
    <w:rsid w:val="0019791A"/>
    <w:rsid w:val="00197A80"/>
    <w:rsid w:val="001A0C72"/>
    <w:rsid w:val="001A193F"/>
    <w:rsid w:val="001A1FAB"/>
    <w:rsid w:val="001A20AC"/>
    <w:rsid w:val="001A214F"/>
    <w:rsid w:val="001A25CA"/>
    <w:rsid w:val="001A2B54"/>
    <w:rsid w:val="001A314C"/>
    <w:rsid w:val="001A32CF"/>
    <w:rsid w:val="001A34C2"/>
    <w:rsid w:val="001A34F1"/>
    <w:rsid w:val="001A3626"/>
    <w:rsid w:val="001A38CC"/>
    <w:rsid w:val="001A3DB0"/>
    <w:rsid w:val="001A44BF"/>
    <w:rsid w:val="001A490B"/>
    <w:rsid w:val="001A49EE"/>
    <w:rsid w:val="001A4BA3"/>
    <w:rsid w:val="001A4CEF"/>
    <w:rsid w:val="001A5508"/>
    <w:rsid w:val="001A58D6"/>
    <w:rsid w:val="001A5F34"/>
    <w:rsid w:val="001A5F6C"/>
    <w:rsid w:val="001A676A"/>
    <w:rsid w:val="001A72C8"/>
    <w:rsid w:val="001B0FF5"/>
    <w:rsid w:val="001B1041"/>
    <w:rsid w:val="001B1176"/>
    <w:rsid w:val="001B1469"/>
    <w:rsid w:val="001B17F0"/>
    <w:rsid w:val="001B18D0"/>
    <w:rsid w:val="001B1BEC"/>
    <w:rsid w:val="001B2308"/>
    <w:rsid w:val="001B2B64"/>
    <w:rsid w:val="001B2D68"/>
    <w:rsid w:val="001B32F3"/>
    <w:rsid w:val="001B3431"/>
    <w:rsid w:val="001B3E91"/>
    <w:rsid w:val="001B4350"/>
    <w:rsid w:val="001B5568"/>
    <w:rsid w:val="001B5F6A"/>
    <w:rsid w:val="001B6D87"/>
    <w:rsid w:val="001B6F21"/>
    <w:rsid w:val="001B7F05"/>
    <w:rsid w:val="001C0243"/>
    <w:rsid w:val="001C0391"/>
    <w:rsid w:val="001C0638"/>
    <w:rsid w:val="001C0897"/>
    <w:rsid w:val="001C09EA"/>
    <w:rsid w:val="001C0A7D"/>
    <w:rsid w:val="001C0C47"/>
    <w:rsid w:val="001C0D86"/>
    <w:rsid w:val="001C12E0"/>
    <w:rsid w:val="001C13E3"/>
    <w:rsid w:val="001C172D"/>
    <w:rsid w:val="001C1AB7"/>
    <w:rsid w:val="001C2BD1"/>
    <w:rsid w:val="001C2E0E"/>
    <w:rsid w:val="001C3028"/>
    <w:rsid w:val="001C31B2"/>
    <w:rsid w:val="001C3326"/>
    <w:rsid w:val="001C34F9"/>
    <w:rsid w:val="001C36B6"/>
    <w:rsid w:val="001C3962"/>
    <w:rsid w:val="001C3DA3"/>
    <w:rsid w:val="001C47B9"/>
    <w:rsid w:val="001C581F"/>
    <w:rsid w:val="001C6353"/>
    <w:rsid w:val="001C6811"/>
    <w:rsid w:val="001C69E6"/>
    <w:rsid w:val="001C72C3"/>
    <w:rsid w:val="001C7310"/>
    <w:rsid w:val="001C743B"/>
    <w:rsid w:val="001C77F1"/>
    <w:rsid w:val="001C7936"/>
    <w:rsid w:val="001C7CD5"/>
    <w:rsid w:val="001D09BC"/>
    <w:rsid w:val="001D0C5B"/>
    <w:rsid w:val="001D0CE5"/>
    <w:rsid w:val="001D17AF"/>
    <w:rsid w:val="001D21CE"/>
    <w:rsid w:val="001D292F"/>
    <w:rsid w:val="001D2B75"/>
    <w:rsid w:val="001D2C20"/>
    <w:rsid w:val="001D2EE7"/>
    <w:rsid w:val="001D302E"/>
    <w:rsid w:val="001D4843"/>
    <w:rsid w:val="001D4C64"/>
    <w:rsid w:val="001D5713"/>
    <w:rsid w:val="001D573A"/>
    <w:rsid w:val="001D6026"/>
    <w:rsid w:val="001D623B"/>
    <w:rsid w:val="001D7007"/>
    <w:rsid w:val="001D7020"/>
    <w:rsid w:val="001D7CB7"/>
    <w:rsid w:val="001E05C7"/>
    <w:rsid w:val="001E0F42"/>
    <w:rsid w:val="001E155C"/>
    <w:rsid w:val="001E19E7"/>
    <w:rsid w:val="001E1B52"/>
    <w:rsid w:val="001E262B"/>
    <w:rsid w:val="001E2A14"/>
    <w:rsid w:val="001E3638"/>
    <w:rsid w:val="001E3FF0"/>
    <w:rsid w:val="001E4613"/>
    <w:rsid w:val="001E4F05"/>
    <w:rsid w:val="001E51C4"/>
    <w:rsid w:val="001E59EB"/>
    <w:rsid w:val="001E5BE5"/>
    <w:rsid w:val="001E5C92"/>
    <w:rsid w:val="001E5EFF"/>
    <w:rsid w:val="001E5F02"/>
    <w:rsid w:val="001E630A"/>
    <w:rsid w:val="001E63BA"/>
    <w:rsid w:val="001E693F"/>
    <w:rsid w:val="001E75C3"/>
    <w:rsid w:val="001E7DE5"/>
    <w:rsid w:val="001F0263"/>
    <w:rsid w:val="001F18AD"/>
    <w:rsid w:val="001F1CB2"/>
    <w:rsid w:val="001F23C3"/>
    <w:rsid w:val="001F2D5B"/>
    <w:rsid w:val="001F312E"/>
    <w:rsid w:val="001F3992"/>
    <w:rsid w:val="001F3D20"/>
    <w:rsid w:val="001F3E29"/>
    <w:rsid w:val="001F3F32"/>
    <w:rsid w:val="001F4311"/>
    <w:rsid w:val="001F4369"/>
    <w:rsid w:val="001F4D82"/>
    <w:rsid w:val="001F4D95"/>
    <w:rsid w:val="001F4FA1"/>
    <w:rsid w:val="001F52FA"/>
    <w:rsid w:val="001F5437"/>
    <w:rsid w:val="001F5487"/>
    <w:rsid w:val="001F54A4"/>
    <w:rsid w:val="001F5518"/>
    <w:rsid w:val="001F590E"/>
    <w:rsid w:val="001F5CC3"/>
    <w:rsid w:val="001F6215"/>
    <w:rsid w:val="001F6791"/>
    <w:rsid w:val="001F6DB7"/>
    <w:rsid w:val="001F6F8A"/>
    <w:rsid w:val="001F7BD5"/>
    <w:rsid w:val="0020011E"/>
    <w:rsid w:val="00200219"/>
    <w:rsid w:val="0020088B"/>
    <w:rsid w:val="00200919"/>
    <w:rsid w:val="00200FF3"/>
    <w:rsid w:val="00201058"/>
    <w:rsid w:val="00201DCE"/>
    <w:rsid w:val="00201E75"/>
    <w:rsid w:val="00202723"/>
    <w:rsid w:val="002029E9"/>
    <w:rsid w:val="00202CFB"/>
    <w:rsid w:val="00202FB7"/>
    <w:rsid w:val="00202FE4"/>
    <w:rsid w:val="002030D3"/>
    <w:rsid w:val="00203447"/>
    <w:rsid w:val="00203847"/>
    <w:rsid w:val="00203908"/>
    <w:rsid w:val="002039B1"/>
    <w:rsid w:val="00203F15"/>
    <w:rsid w:val="002041EC"/>
    <w:rsid w:val="00204D75"/>
    <w:rsid w:val="00204DE2"/>
    <w:rsid w:val="002051D4"/>
    <w:rsid w:val="0020557F"/>
    <w:rsid w:val="00205787"/>
    <w:rsid w:val="002057DF"/>
    <w:rsid w:val="00205B23"/>
    <w:rsid w:val="002060B1"/>
    <w:rsid w:val="0020662D"/>
    <w:rsid w:val="00206656"/>
    <w:rsid w:val="002068CE"/>
    <w:rsid w:val="002074D4"/>
    <w:rsid w:val="00207C52"/>
    <w:rsid w:val="00207D5D"/>
    <w:rsid w:val="00210312"/>
    <w:rsid w:val="00210539"/>
    <w:rsid w:val="002108F9"/>
    <w:rsid w:val="00210D66"/>
    <w:rsid w:val="00210E85"/>
    <w:rsid w:val="00210F80"/>
    <w:rsid w:val="00211EB1"/>
    <w:rsid w:val="002124B1"/>
    <w:rsid w:val="00212517"/>
    <w:rsid w:val="00212D8F"/>
    <w:rsid w:val="00212F44"/>
    <w:rsid w:val="002130EE"/>
    <w:rsid w:val="0021323C"/>
    <w:rsid w:val="002136E7"/>
    <w:rsid w:val="00213A70"/>
    <w:rsid w:val="00214587"/>
    <w:rsid w:val="0021478C"/>
    <w:rsid w:val="00214DD6"/>
    <w:rsid w:val="002150D9"/>
    <w:rsid w:val="00215BF7"/>
    <w:rsid w:val="00216B45"/>
    <w:rsid w:val="00216BAC"/>
    <w:rsid w:val="00216BE9"/>
    <w:rsid w:val="00216D6C"/>
    <w:rsid w:val="00216DCB"/>
    <w:rsid w:val="00216DEC"/>
    <w:rsid w:val="002175E3"/>
    <w:rsid w:val="002178BC"/>
    <w:rsid w:val="00217C75"/>
    <w:rsid w:val="00217C81"/>
    <w:rsid w:val="00217ED4"/>
    <w:rsid w:val="00217F69"/>
    <w:rsid w:val="0022023C"/>
    <w:rsid w:val="002204E0"/>
    <w:rsid w:val="002205BF"/>
    <w:rsid w:val="0022104F"/>
    <w:rsid w:val="002213E0"/>
    <w:rsid w:val="0022183D"/>
    <w:rsid w:val="0022197D"/>
    <w:rsid w:val="00221CD2"/>
    <w:rsid w:val="00221D5A"/>
    <w:rsid w:val="002226D1"/>
    <w:rsid w:val="00222C67"/>
    <w:rsid w:val="00222E0C"/>
    <w:rsid w:val="00222FFE"/>
    <w:rsid w:val="0022337B"/>
    <w:rsid w:val="00223D75"/>
    <w:rsid w:val="00224220"/>
    <w:rsid w:val="002242B3"/>
    <w:rsid w:val="0022469A"/>
    <w:rsid w:val="00225247"/>
    <w:rsid w:val="00227C46"/>
    <w:rsid w:val="00227C81"/>
    <w:rsid w:val="00230E75"/>
    <w:rsid w:val="002314BC"/>
    <w:rsid w:val="00231739"/>
    <w:rsid w:val="00231BB2"/>
    <w:rsid w:val="002324A0"/>
    <w:rsid w:val="00232DBD"/>
    <w:rsid w:val="00232E20"/>
    <w:rsid w:val="0023379A"/>
    <w:rsid w:val="00233A1E"/>
    <w:rsid w:val="00233A46"/>
    <w:rsid w:val="00233F7D"/>
    <w:rsid w:val="00233F92"/>
    <w:rsid w:val="00234085"/>
    <w:rsid w:val="0023474C"/>
    <w:rsid w:val="002347A0"/>
    <w:rsid w:val="00234892"/>
    <w:rsid w:val="002348B8"/>
    <w:rsid w:val="00234B29"/>
    <w:rsid w:val="0023540C"/>
    <w:rsid w:val="0023575F"/>
    <w:rsid w:val="00235922"/>
    <w:rsid w:val="00235D37"/>
    <w:rsid w:val="00235DC8"/>
    <w:rsid w:val="00235FA1"/>
    <w:rsid w:val="002366B7"/>
    <w:rsid w:val="002374D0"/>
    <w:rsid w:val="002375AA"/>
    <w:rsid w:val="002400DC"/>
    <w:rsid w:val="00240639"/>
    <w:rsid w:val="002408F0"/>
    <w:rsid w:val="00240A93"/>
    <w:rsid w:val="00240BDA"/>
    <w:rsid w:val="00240C86"/>
    <w:rsid w:val="00240EDB"/>
    <w:rsid w:val="00241169"/>
    <w:rsid w:val="0024149F"/>
    <w:rsid w:val="002420A9"/>
    <w:rsid w:val="00242147"/>
    <w:rsid w:val="002421D3"/>
    <w:rsid w:val="00242597"/>
    <w:rsid w:val="0024281C"/>
    <w:rsid w:val="00242B9D"/>
    <w:rsid w:val="00242F33"/>
    <w:rsid w:val="002430CE"/>
    <w:rsid w:val="0024319F"/>
    <w:rsid w:val="00243979"/>
    <w:rsid w:val="00243AFD"/>
    <w:rsid w:val="002440F9"/>
    <w:rsid w:val="00244305"/>
    <w:rsid w:val="00244434"/>
    <w:rsid w:val="002445B4"/>
    <w:rsid w:val="002445CE"/>
    <w:rsid w:val="00244863"/>
    <w:rsid w:val="00244BB6"/>
    <w:rsid w:val="00244E06"/>
    <w:rsid w:val="002450E5"/>
    <w:rsid w:val="002459A3"/>
    <w:rsid w:val="00245D3C"/>
    <w:rsid w:val="00246375"/>
    <w:rsid w:val="00246390"/>
    <w:rsid w:val="00246C21"/>
    <w:rsid w:val="00246D2D"/>
    <w:rsid w:val="002470E1"/>
    <w:rsid w:val="002472CE"/>
    <w:rsid w:val="002475CB"/>
    <w:rsid w:val="002476A5"/>
    <w:rsid w:val="00247CE2"/>
    <w:rsid w:val="00247F29"/>
    <w:rsid w:val="002500C2"/>
    <w:rsid w:val="002502C4"/>
    <w:rsid w:val="00251176"/>
    <w:rsid w:val="00251808"/>
    <w:rsid w:val="00251C60"/>
    <w:rsid w:val="00251F43"/>
    <w:rsid w:val="00252005"/>
    <w:rsid w:val="0025257A"/>
    <w:rsid w:val="00252833"/>
    <w:rsid w:val="00252AE2"/>
    <w:rsid w:val="00252E51"/>
    <w:rsid w:val="0025402E"/>
    <w:rsid w:val="002543A6"/>
    <w:rsid w:val="00254F7C"/>
    <w:rsid w:val="00255515"/>
    <w:rsid w:val="00255F01"/>
    <w:rsid w:val="00256249"/>
    <w:rsid w:val="00256908"/>
    <w:rsid w:val="00256BE4"/>
    <w:rsid w:val="00257037"/>
    <w:rsid w:val="00257EDA"/>
    <w:rsid w:val="00260006"/>
    <w:rsid w:val="00260148"/>
    <w:rsid w:val="00261449"/>
    <w:rsid w:val="002614AA"/>
    <w:rsid w:val="002615EA"/>
    <w:rsid w:val="00261A15"/>
    <w:rsid w:val="00261EE9"/>
    <w:rsid w:val="0026271C"/>
    <w:rsid w:val="00262DA9"/>
    <w:rsid w:val="00263039"/>
    <w:rsid w:val="002635F3"/>
    <w:rsid w:val="00263823"/>
    <w:rsid w:val="00263862"/>
    <w:rsid w:val="00263A54"/>
    <w:rsid w:val="0026411E"/>
    <w:rsid w:val="002646E3"/>
    <w:rsid w:val="0026524E"/>
    <w:rsid w:val="002653E7"/>
    <w:rsid w:val="002658BF"/>
    <w:rsid w:val="00265CB7"/>
    <w:rsid w:val="00265D20"/>
    <w:rsid w:val="00266458"/>
    <w:rsid w:val="0026658F"/>
    <w:rsid w:val="00266704"/>
    <w:rsid w:val="00266817"/>
    <w:rsid w:val="002669B8"/>
    <w:rsid w:val="00267181"/>
    <w:rsid w:val="002676E5"/>
    <w:rsid w:val="002678FD"/>
    <w:rsid w:val="00267C68"/>
    <w:rsid w:val="002700F2"/>
    <w:rsid w:val="00270850"/>
    <w:rsid w:val="0027118D"/>
    <w:rsid w:val="0027122A"/>
    <w:rsid w:val="00271C1F"/>
    <w:rsid w:val="00272185"/>
    <w:rsid w:val="002724E8"/>
    <w:rsid w:val="0027264E"/>
    <w:rsid w:val="00273BBD"/>
    <w:rsid w:val="00273FB0"/>
    <w:rsid w:val="002750B4"/>
    <w:rsid w:val="002754BE"/>
    <w:rsid w:val="0027596D"/>
    <w:rsid w:val="00276233"/>
    <w:rsid w:val="002765E7"/>
    <w:rsid w:val="00276920"/>
    <w:rsid w:val="00276933"/>
    <w:rsid w:val="00276966"/>
    <w:rsid w:val="0027749E"/>
    <w:rsid w:val="002774A8"/>
    <w:rsid w:val="0027756B"/>
    <w:rsid w:val="002776D7"/>
    <w:rsid w:val="0027772D"/>
    <w:rsid w:val="00277771"/>
    <w:rsid w:val="00277BEA"/>
    <w:rsid w:val="00280545"/>
    <w:rsid w:val="002806A9"/>
    <w:rsid w:val="0028072A"/>
    <w:rsid w:val="00280D79"/>
    <w:rsid w:val="00280F69"/>
    <w:rsid w:val="0028104C"/>
    <w:rsid w:val="00281AEF"/>
    <w:rsid w:val="00282169"/>
    <w:rsid w:val="00282193"/>
    <w:rsid w:val="00282821"/>
    <w:rsid w:val="00282F83"/>
    <w:rsid w:val="00283032"/>
    <w:rsid w:val="002835F6"/>
    <w:rsid w:val="0028397C"/>
    <w:rsid w:val="00283BFC"/>
    <w:rsid w:val="0028429F"/>
    <w:rsid w:val="00284FD2"/>
    <w:rsid w:val="00285A0B"/>
    <w:rsid w:val="00285BC8"/>
    <w:rsid w:val="00285CF8"/>
    <w:rsid w:val="002868F0"/>
    <w:rsid w:val="002868FA"/>
    <w:rsid w:val="002872AF"/>
    <w:rsid w:val="0028732D"/>
    <w:rsid w:val="00287732"/>
    <w:rsid w:val="00287DAA"/>
    <w:rsid w:val="00290DDF"/>
    <w:rsid w:val="00290F43"/>
    <w:rsid w:val="00291A89"/>
    <w:rsid w:val="00291D79"/>
    <w:rsid w:val="0029211B"/>
    <w:rsid w:val="00292A9B"/>
    <w:rsid w:val="00292CE2"/>
    <w:rsid w:val="00293DEA"/>
    <w:rsid w:val="002943FD"/>
    <w:rsid w:val="0029582A"/>
    <w:rsid w:val="00295D47"/>
    <w:rsid w:val="0029639D"/>
    <w:rsid w:val="00296D4B"/>
    <w:rsid w:val="00297065"/>
    <w:rsid w:val="00297B95"/>
    <w:rsid w:val="00297D55"/>
    <w:rsid w:val="002A005E"/>
    <w:rsid w:val="002A18C9"/>
    <w:rsid w:val="002A1931"/>
    <w:rsid w:val="002A1CB0"/>
    <w:rsid w:val="002A1D93"/>
    <w:rsid w:val="002A25B3"/>
    <w:rsid w:val="002A2D7C"/>
    <w:rsid w:val="002A2EE0"/>
    <w:rsid w:val="002A3D36"/>
    <w:rsid w:val="002A453A"/>
    <w:rsid w:val="002A4823"/>
    <w:rsid w:val="002A4D41"/>
    <w:rsid w:val="002A4DE0"/>
    <w:rsid w:val="002A52E1"/>
    <w:rsid w:val="002A5627"/>
    <w:rsid w:val="002A5798"/>
    <w:rsid w:val="002A598D"/>
    <w:rsid w:val="002A622B"/>
    <w:rsid w:val="002A6D5F"/>
    <w:rsid w:val="002A71C5"/>
    <w:rsid w:val="002A7833"/>
    <w:rsid w:val="002A7D87"/>
    <w:rsid w:val="002A7EDA"/>
    <w:rsid w:val="002B0CC7"/>
    <w:rsid w:val="002B15F5"/>
    <w:rsid w:val="002B2852"/>
    <w:rsid w:val="002B2E51"/>
    <w:rsid w:val="002B2E67"/>
    <w:rsid w:val="002B30FB"/>
    <w:rsid w:val="002B34AB"/>
    <w:rsid w:val="002B3B44"/>
    <w:rsid w:val="002B3D60"/>
    <w:rsid w:val="002B42E9"/>
    <w:rsid w:val="002B4449"/>
    <w:rsid w:val="002B44D6"/>
    <w:rsid w:val="002B487F"/>
    <w:rsid w:val="002B4A77"/>
    <w:rsid w:val="002B4B1C"/>
    <w:rsid w:val="002B4B8A"/>
    <w:rsid w:val="002B4DD4"/>
    <w:rsid w:val="002B4FF6"/>
    <w:rsid w:val="002B5A33"/>
    <w:rsid w:val="002B62EC"/>
    <w:rsid w:val="002B63AA"/>
    <w:rsid w:val="002B6C73"/>
    <w:rsid w:val="002B6DA2"/>
    <w:rsid w:val="002B7A82"/>
    <w:rsid w:val="002B7CAC"/>
    <w:rsid w:val="002C0C5E"/>
    <w:rsid w:val="002C0DAD"/>
    <w:rsid w:val="002C100D"/>
    <w:rsid w:val="002C163D"/>
    <w:rsid w:val="002C169A"/>
    <w:rsid w:val="002C1C4A"/>
    <w:rsid w:val="002C2474"/>
    <w:rsid w:val="002C26AC"/>
    <w:rsid w:val="002C2F46"/>
    <w:rsid w:val="002C32DC"/>
    <w:rsid w:val="002C3B35"/>
    <w:rsid w:val="002C3EA4"/>
    <w:rsid w:val="002C47D2"/>
    <w:rsid w:val="002C4F25"/>
    <w:rsid w:val="002C5203"/>
    <w:rsid w:val="002C5EB0"/>
    <w:rsid w:val="002C6678"/>
    <w:rsid w:val="002C66FD"/>
    <w:rsid w:val="002C6DE1"/>
    <w:rsid w:val="002C75A9"/>
    <w:rsid w:val="002C769B"/>
    <w:rsid w:val="002C76B0"/>
    <w:rsid w:val="002C7C55"/>
    <w:rsid w:val="002C7D37"/>
    <w:rsid w:val="002C7EAA"/>
    <w:rsid w:val="002D0029"/>
    <w:rsid w:val="002D0383"/>
    <w:rsid w:val="002D05B9"/>
    <w:rsid w:val="002D0E5F"/>
    <w:rsid w:val="002D10F8"/>
    <w:rsid w:val="002D16E0"/>
    <w:rsid w:val="002D1881"/>
    <w:rsid w:val="002D1EE3"/>
    <w:rsid w:val="002D20BA"/>
    <w:rsid w:val="002D20D9"/>
    <w:rsid w:val="002D2828"/>
    <w:rsid w:val="002D3514"/>
    <w:rsid w:val="002D3725"/>
    <w:rsid w:val="002D4ACA"/>
    <w:rsid w:val="002D4B7D"/>
    <w:rsid w:val="002D501E"/>
    <w:rsid w:val="002D528F"/>
    <w:rsid w:val="002D5536"/>
    <w:rsid w:val="002D640D"/>
    <w:rsid w:val="002D65DE"/>
    <w:rsid w:val="002D65F4"/>
    <w:rsid w:val="002D69F8"/>
    <w:rsid w:val="002D6B95"/>
    <w:rsid w:val="002D7B6A"/>
    <w:rsid w:val="002D7FDF"/>
    <w:rsid w:val="002E1445"/>
    <w:rsid w:val="002E144F"/>
    <w:rsid w:val="002E1734"/>
    <w:rsid w:val="002E1901"/>
    <w:rsid w:val="002E1A1E"/>
    <w:rsid w:val="002E1FF9"/>
    <w:rsid w:val="002E2676"/>
    <w:rsid w:val="002E2B41"/>
    <w:rsid w:val="002E2B61"/>
    <w:rsid w:val="002E3327"/>
    <w:rsid w:val="002E3461"/>
    <w:rsid w:val="002E3A9B"/>
    <w:rsid w:val="002E3D6C"/>
    <w:rsid w:val="002E40BD"/>
    <w:rsid w:val="002E4317"/>
    <w:rsid w:val="002E435C"/>
    <w:rsid w:val="002E44B7"/>
    <w:rsid w:val="002E45B1"/>
    <w:rsid w:val="002E5882"/>
    <w:rsid w:val="002E58B1"/>
    <w:rsid w:val="002E62FE"/>
    <w:rsid w:val="002E6501"/>
    <w:rsid w:val="002E6821"/>
    <w:rsid w:val="002E6F58"/>
    <w:rsid w:val="002E719C"/>
    <w:rsid w:val="002E7522"/>
    <w:rsid w:val="002E7854"/>
    <w:rsid w:val="002E7D9D"/>
    <w:rsid w:val="002E7EA0"/>
    <w:rsid w:val="002E7FF4"/>
    <w:rsid w:val="002F0DE9"/>
    <w:rsid w:val="002F13A2"/>
    <w:rsid w:val="002F16B2"/>
    <w:rsid w:val="002F26D1"/>
    <w:rsid w:val="002F289F"/>
    <w:rsid w:val="002F2D7B"/>
    <w:rsid w:val="002F2E6D"/>
    <w:rsid w:val="002F2FEA"/>
    <w:rsid w:val="002F305D"/>
    <w:rsid w:val="002F3352"/>
    <w:rsid w:val="002F368C"/>
    <w:rsid w:val="002F4129"/>
    <w:rsid w:val="002F47E2"/>
    <w:rsid w:val="002F4CC7"/>
    <w:rsid w:val="002F5008"/>
    <w:rsid w:val="002F55D5"/>
    <w:rsid w:val="002F56A3"/>
    <w:rsid w:val="002F5EC0"/>
    <w:rsid w:val="002F68C9"/>
    <w:rsid w:val="002F6DF8"/>
    <w:rsid w:val="002F73A1"/>
    <w:rsid w:val="002F745E"/>
    <w:rsid w:val="002F7D3E"/>
    <w:rsid w:val="002F7DD2"/>
    <w:rsid w:val="003003CF"/>
    <w:rsid w:val="00300455"/>
    <w:rsid w:val="0030071E"/>
    <w:rsid w:val="0030114B"/>
    <w:rsid w:val="003012D3"/>
    <w:rsid w:val="0030150B"/>
    <w:rsid w:val="003015C9"/>
    <w:rsid w:val="003019C7"/>
    <w:rsid w:val="00301B9A"/>
    <w:rsid w:val="00301DEC"/>
    <w:rsid w:val="0030244F"/>
    <w:rsid w:val="003027E0"/>
    <w:rsid w:val="0030348F"/>
    <w:rsid w:val="003034FF"/>
    <w:rsid w:val="003038FB"/>
    <w:rsid w:val="0030393F"/>
    <w:rsid w:val="00304913"/>
    <w:rsid w:val="00305227"/>
    <w:rsid w:val="00305541"/>
    <w:rsid w:val="003055CB"/>
    <w:rsid w:val="0030562D"/>
    <w:rsid w:val="00305B66"/>
    <w:rsid w:val="00305CC6"/>
    <w:rsid w:val="00305D08"/>
    <w:rsid w:val="003061F2"/>
    <w:rsid w:val="00306875"/>
    <w:rsid w:val="00306AE7"/>
    <w:rsid w:val="00306B57"/>
    <w:rsid w:val="00307258"/>
    <w:rsid w:val="00307C5D"/>
    <w:rsid w:val="00307C73"/>
    <w:rsid w:val="003105EB"/>
    <w:rsid w:val="00310708"/>
    <w:rsid w:val="00310802"/>
    <w:rsid w:val="0031091E"/>
    <w:rsid w:val="00311006"/>
    <w:rsid w:val="00311433"/>
    <w:rsid w:val="00311756"/>
    <w:rsid w:val="003123ED"/>
    <w:rsid w:val="00312C19"/>
    <w:rsid w:val="00312D79"/>
    <w:rsid w:val="00312F91"/>
    <w:rsid w:val="003132EA"/>
    <w:rsid w:val="0031346B"/>
    <w:rsid w:val="0031365E"/>
    <w:rsid w:val="003138C9"/>
    <w:rsid w:val="003140BC"/>
    <w:rsid w:val="003141F5"/>
    <w:rsid w:val="00314454"/>
    <w:rsid w:val="00314706"/>
    <w:rsid w:val="00314D23"/>
    <w:rsid w:val="00315404"/>
    <w:rsid w:val="003158A6"/>
    <w:rsid w:val="00315EF2"/>
    <w:rsid w:val="00316AE1"/>
    <w:rsid w:val="00316F68"/>
    <w:rsid w:val="003170CA"/>
    <w:rsid w:val="003175C8"/>
    <w:rsid w:val="003176BA"/>
    <w:rsid w:val="00317D39"/>
    <w:rsid w:val="00320589"/>
    <w:rsid w:val="003205E7"/>
    <w:rsid w:val="00321381"/>
    <w:rsid w:val="00321599"/>
    <w:rsid w:val="0032166B"/>
    <w:rsid w:val="00321707"/>
    <w:rsid w:val="0032180C"/>
    <w:rsid w:val="00321A9A"/>
    <w:rsid w:val="00321B13"/>
    <w:rsid w:val="003221E8"/>
    <w:rsid w:val="003239FA"/>
    <w:rsid w:val="00323BEF"/>
    <w:rsid w:val="0032435C"/>
    <w:rsid w:val="00324696"/>
    <w:rsid w:val="003246B0"/>
    <w:rsid w:val="00324BAF"/>
    <w:rsid w:val="00325027"/>
    <w:rsid w:val="003250A2"/>
    <w:rsid w:val="00325271"/>
    <w:rsid w:val="003257D5"/>
    <w:rsid w:val="00325AA9"/>
    <w:rsid w:val="00325C40"/>
    <w:rsid w:val="003260E7"/>
    <w:rsid w:val="0032642C"/>
    <w:rsid w:val="00326C61"/>
    <w:rsid w:val="00326DE2"/>
    <w:rsid w:val="00326F90"/>
    <w:rsid w:val="003271F2"/>
    <w:rsid w:val="00327A41"/>
    <w:rsid w:val="00327D3B"/>
    <w:rsid w:val="00327E2B"/>
    <w:rsid w:val="003302BC"/>
    <w:rsid w:val="003310F4"/>
    <w:rsid w:val="0033150D"/>
    <w:rsid w:val="003318A3"/>
    <w:rsid w:val="00331BBC"/>
    <w:rsid w:val="003322ED"/>
    <w:rsid w:val="003323F3"/>
    <w:rsid w:val="00332BC7"/>
    <w:rsid w:val="003331C7"/>
    <w:rsid w:val="00333508"/>
    <w:rsid w:val="00333D6A"/>
    <w:rsid w:val="00334206"/>
    <w:rsid w:val="003344C5"/>
    <w:rsid w:val="0033546C"/>
    <w:rsid w:val="00335551"/>
    <w:rsid w:val="00335A72"/>
    <w:rsid w:val="00335A92"/>
    <w:rsid w:val="00335BD7"/>
    <w:rsid w:val="00335CAE"/>
    <w:rsid w:val="00335D0C"/>
    <w:rsid w:val="00337050"/>
    <w:rsid w:val="003370AA"/>
    <w:rsid w:val="003375EA"/>
    <w:rsid w:val="00337685"/>
    <w:rsid w:val="00337764"/>
    <w:rsid w:val="003401DF"/>
    <w:rsid w:val="0034024D"/>
    <w:rsid w:val="00340414"/>
    <w:rsid w:val="0034120C"/>
    <w:rsid w:val="003414FB"/>
    <w:rsid w:val="003416C0"/>
    <w:rsid w:val="003417AC"/>
    <w:rsid w:val="0034193C"/>
    <w:rsid w:val="00341CF7"/>
    <w:rsid w:val="003426ED"/>
    <w:rsid w:val="00342BCB"/>
    <w:rsid w:val="00343808"/>
    <w:rsid w:val="00343884"/>
    <w:rsid w:val="00343900"/>
    <w:rsid w:val="00344CD0"/>
    <w:rsid w:val="003455FD"/>
    <w:rsid w:val="00345BA1"/>
    <w:rsid w:val="00345BC3"/>
    <w:rsid w:val="00346317"/>
    <w:rsid w:val="003464DD"/>
    <w:rsid w:val="00346650"/>
    <w:rsid w:val="003468B2"/>
    <w:rsid w:val="00347379"/>
    <w:rsid w:val="00347390"/>
    <w:rsid w:val="00347515"/>
    <w:rsid w:val="0034759D"/>
    <w:rsid w:val="0034773C"/>
    <w:rsid w:val="00347994"/>
    <w:rsid w:val="00347D3F"/>
    <w:rsid w:val="00347ECC"/>
    <w:rsid w:val="0035021D"/>
    <w:rsid w:val="0035025C"/>
    <w:rsid w:val="00350C02"/>
    <w:rsid w:val="00350FD0"/>
    <w:rsid w:val="0035116C"/>
    <w:rsid w:val="00351502"/>
    <w:rsid w:val="003518AF"/>
    <w:rsid w:val="00352019"/>
    <w:rsid w:val="003526C7"/>
    <w:rsid w:val="00352901"/>
    <w:rsid w:val="00352BE3"/>
    <w:rsid w:val="00354013"/>
    <w:rsid w:val="003540F2"/>
    <w:rsid w:val="003547AB"/>
    <w:rsid w:val="00354D12"/>
    <w:rsid w:val="003553AE"/>
    <w:rsid w:val="00355858"/>
    <w:rsid w:val="0035587A"/>
    <w:rsid w:val="0035627B"/>
    <w:rsid w:val="003563A7"/>
    <w:rsid w:val="00357767"/>
    <w:rsid w:val="00357801"/>
    <w:rsid w:val="003578E2"/>
    <w:rsid w:val="00357E62"/>
    <w:rsid w:val="003602FF"/>
    <w:rsid w:val="00360730"/>
    <w:rsid w:val="003622E3"/>
    <w:rsid w:val="00362397"/>
    <w:rsid w:val="00362A14"/>
    <w:rsid w:val="00362AA4"/>
    <w:rsid w:val="00363145"/>
    <w:rsid w:val="00363227"/>
    <w:rsid w:val="00363C4A"/>
    <w:rsid w:val="00363EAC"/>
    <w:rsid w:val="00364147"/>
    <w:rsid w:val="003642BE"/>
    <w:rsid w:val="0036472F"/>
    <w:rsid w:val="003652D9"/>
    <w:rsid w:val="00365B73"/>
    <w:rsid w:val="0036605E"/>
    <w:rsid w:val="00366BE5"/>
    <w:rsid w:val="00366BFA"/>
    <w:rsid w:val="003672A6"/>
    <w:rsid w:val="0036732D"/>
    <w:rsid w:val="003673B8"/>
    <w:rsid w:val="0036758E"/>
    <w:rsid w:val="00367741"/>
    <w:rsid w:val="00367A9E"/>
    <w:rsid w:val="00367D94"/>
    <w:rsid w:val="00367F96"/>
    <w:rsid w:val="003701C6"/>
    <w:rsid w:val="0037058F"/>
    <w:rsid w:val="003709E2"/>
    <w:rsid w:val="003713A0"/>
    <w:rsid w:val="00371A1A"/>
    <w:rsid w:val="00371B0D"/>
    <w:rsid w:val="00371C45"/>
    <w:rsid w:val="0037226A"/>
    <w:rsid w:val="00372375"/>
    <w:rsid w:val="00372870"/>
    <w:rsid w:val="0037299F"/>
    <w:rsid w:val="00372D88"/>
    <w:rsid w:val="0037306D"/>
    <w:rsid w:val="0037340A"/>
    <w:rsid w:val="003735C6"/>
    <w:rsid w:val="00373891"/>
    <w:rsid w:val="00373906"/>
    <w:rsid w:val="00373C02"/>
    <w:rsid w:val="00374097"/>
    <w:rsid w:val="0037448C"/>
    <w:rsid w:val="003745F8"/>
    <w:rsid w:val="00374661"/>
    <w:rsid w:val="003753B5"/>
    <w:rsid w:val="003753EE"/>
    <w:rsid w:val="00376484"/>
    <w:rsid w:val="00376948"/>
    <w:rsid w:val="00377026"/>
    <w:rsid w:val="00377ADE"/>
    <w:rsid w:val="00377D4C"/>
    <w:rsid w:val="00377ED2"/>
    <w:rsid w:val="00377F68"/>
    <w:rsid w:val="003801AD"/>
    <w:rsid w:val="00380260"/>
    <w:rsid w:val="00380CED"/>
    <w:rsid w:val="00380E30"/>
    <w:rsid w:val="0038122A"/>
    <w:rsid w:val="00381247"/>
    <w:rsid w:val="003816AD"/>
    <w:rsid w:val="003817B6"/>
    <w:rsid w:val="00381949"/>
    <w:rsid w:val="00381BCB"/>
    <w:rsid w:val="00381C90"/>
    <w:rsid w:val="00381EBA"/>
    <w:rsid w:val="00381F3D"/>
    <w:rsid w:val="003821A1"/>
    <w:rsid w:val="0038345A"/>
    <w:rsid w:val="0038445A"/>
    <w:rsid w:val="00384692"/>
    <w:rsid w:val="00384693"/>
    <w:rsid w:val="0038576D"/>
    <w:rsid w:val="003857A4"/>
    <w:rsid w:val="00385C76"/>
    <w:rsid w:val="00385D92"/>
    <w:rsid w:val="0038665D"/>
    <w:rsid w:val="00386C58"/>
    <w:rsid w:val="00386C65"/>
    <w:rsid w:val="00386D06"/>
    <w:rsid w:val="00386DA9"/>
    <w:rsid w:val="0038701D"/>
    <w:rsid w:val="00387C0B"/>
    <w:rsid w:val="00391020"/>
    <w:rsid w:val="003911F0"/>
    <w:rsid w:val="003913D3"/>
    <w:rsid w:val="003914D0"/>
    <w:rsid w:val="0039153D"/>
    <w:rsid w:val="003918C0"/>
    <w:rsid w:val="00391DA3"/>
    <w:rsid w:val="00391FE5"/>
    <w:rsid w:val="003923DB"/>
    <w:rsid w:val="00393351"/>
    <w:rsid w:val="00393C59"/>
    <w:rsid w:val="00394168"/>
    <w:rsid w:val="003941E9"/>
    <w:rsid w:val="0039435F"/>
    <w:rsid w:val="00394CAE"/>
    <w:rsid w:val="003955CA"/>
    <w:rsid w:val="0039674B"/>
    <w:rsid w:val="003974D2"/>
    <w:rsid w:val="0039773D"/>
    <w:rsid w:val="003979D5"/>
    <w:rsid w:val="00397A29"/>
    <w:rsid w:val="00397B4D"/>
    <w:rsid w:val="003A0036"/>
    <w:rsid w:val="003A0172"/>
    <w:rsid w:val="003A0415"/>
    <w:rsid w:val="003A12D7"/>
    <w:rsid w:val="003A18DA"/>
    <w:rsid w:val="003A1FD9"/>
    <w:rsid w:val="003A2E32"/>
    <w:rsid w:val="003A316F"/>
    <w:rsid w:val="003A34F8"/>
    <w:rsid w:val="003A3874"/>
    <w:rsid w:val="003A3946"/>
    <w:rsid w:val="003A39E2"/>
    <w:rsid w:val="003A3F40"/>
    <w:rsid w:val="003A4B63"/>
    <w:rsid w:val="003A4FE7"/>
    <w:rsid w:val="003A5923"/>
    <w:rsid w:val="003A592E"/>
    <w:rsid w:val="003A5A70"/>
    <w:rsid w:val="003A67B1"/>
    <w:rsid w:val="003A7244"/>
    <w:rsid w:val="003A7A3C"/>
    <w:rsid w:val="003B1644"/>
    <w:rsid w:val="003B1FB8"/>
    <w:rsid w:val="003B202E"/>
    <w:rsid w:val="003B2578"/>
    <w:rsid w:val="003B274A"/>
    <w:rsid w:val="003B2A3D"/>
    <w:rsid w:val="003B2F39"/>
    <w:rsid w:val="003B34F2"/>
    <w:rsid w:val="003B3679"/>
    <w:rsid w:val="003B3C59"/>
    <w:rsid w:val="003B3FAF"/>
    <w:rsid w:val="003B4382"/>
    <w:rsid w:val="003B48CC"/>
    <w:rsid w:val="003B49C8"/>
    <w:rsid w:val="003B4C81"/>
    <w:rsid w:val="003B5256"/>
    <w:rsid w:val="003B56C6"/>
    <w:rsid w:val="003B57EC"/>
    <w:rsid w:val="003B5BBA"/>
    <w:rsid w:val="003B5E08"/>
    <w:rsid w:val="003B6677"/>
    <w:rsid w:val="003B6B2B"/>
    <w:rsid w:val="003B758D"/>
    <w:rsid w:val="003B7AD5"/>
    <w:rsid w:val="003C06AC"/>
    <w:rsid w:val="003C09CA"/>
    <w:rsid w:val="003C0AC0"/>
    <w:rsid w:val="003C0BB8"/>
    <w:rsid w:val="003C0C9B"/>
    <w:rsid w:val="003C1078"/>
    <w:rsid w:val="003C11A7"/>
    <w:rsid w:val="003C142D"/>
    <w:rsid w:val="003C1A63"/>
    <w:rsid w:val="003C1EAD"/>
    <w:rsid w:val="003C23ED"/>
    <w:rsid w:val="003C278D"/>
    <w:rsid w:val="003C2806"/>
    <w:rsid w:val="003C31CB"/>
    <w:rsid w:val="003C3A92"/>
    <w:rsid w:val="003C3A9B"/>
    <w:rsid w:val="003C3B37"/>
    <w:rsid w:val="003C3DF0"/>
    <w:rsid w:val="003C43B0"/>
    <w:rsid w:val="003C4C4D"/>
    <w:rsid w:val="003C4CE7"/>
    <w:rsid w:val="003C50A7"/>
    <w:rsid w:val="003C591E"/>
    <w:rsid w:val="003C67EF"/>
    <w:rsid w:val="003C6953"/>
    <w:rsid w:val="003C6DA9"/>
    <w:rsid w:val="003C6EFA"/>
    <w:rsid w:val="003C6F2E"/>
    <w:rsid w:val="003C733A"/>
    <w:rsid w:val="003C74E5"/>
    <w:rsid w:val="003C758D"/>
    <w:rsid w:val="003C7BEE"/>
    <w:rsid w:val="003C7CA4"/>
    <w:rsid w:val="003D0368"/>
    <w:rsid w:val="003D040B"/>
    <w:rsid w:val="003D086C"/>
    <w:rsid w:val="003D0A91"/>
    <w:rsid w:val="003D1AD7"/>
    <w:rsid w:val="003D1C95"/>
    <w:rsid w:val="003D230C"/>
    <w:rsid w:val="003D23BE"/>
    <w:rsid w:val="003D2E1D"/>
    <w:rsid w:val="003D3059"/>
    <w:rsid w:val="003D388F"/>
    <w:rsid w:val="003D3E45"/>
    <w:rsid w:val="003D43A6"/>
    <w:rsid w:val="003D4456"/>
    <w:rsid w:val="003D45D4"/>
    <w:rsid w:val="003D47EB"/>
    <w:rsid w:val="003D55DE"/>
    <w:rsid w:val="003D5F03"/>
    <w:rsid w:val="003D612A"/>
    <w:rsid w:val="003D68DA"/>
    <w:rsid w:val="003D6C82"/>
    <w:rsid w:val="003D7427"/>
    <w:rsid w:val="003D7532"/>
    <w:rsid w:val="003D7B7C"/>
    <w:rsid w:val="003D7B95"/>
    <w:rsid w:val="003D7D7E"/>
    <w:rsid w:val="003D7D92"/>
    <w:rsid w:val="003E0960"/>
    <w:rsid w:val="003E0D60"/>
    <w:rsid w:val="003E1735"/>
    <w:rsid w:val="003E1C27"/>
    <w:rsid w:val="003E233E"/>
    <w:rsid w:val="003E26A2"/>
    <w:rsid w:val="003E2B7F"/>
    <w:rsid w:val="003E2CFB"/>
    <w:rsid w:val="003E2F7A"/>
    <w:rsid w:val="003E314F"/>
    <w:rsid w:val="003E31E5"/>
    <w:rsid w:val="003E3A89"/>
    <w:rsid w:val="003E3CC6"/>
    <w:rsid w:val="003E3D62"/>
    <w:rsid w:val="003E41A9"/>
    <w:rsid w:val="003E41BE"/>
    <w:rsid w:val="003E4216"/>
    <w:rsid w:val="003E4595"/>
    <w:rsid w:val="003E4929"/>
    <w:rsid w:val="003E4B7F"/>
    <w:rsid w:val="003E4E0B"/>
    <w:rsid w:val="003E5900"/>
    <w:rsid w:val="003E5969"/>
    <w:rsid w:val="003E5D82"/>
    <w:rsid w:val="003E5FE9"/>
    <w:rsid w:val="003F0412"/>
    <w:rsid w:val="003F0CE3"/>
    <w:rsid w:val="003F0DDD"/>
    <w:rsid w:val="003F0DE4"/>
    <w:rsid w:val="003F1A27"/>
    <w:rsid w:val="003F1AC6"/>
    <w:rsid w:val="003F2913"/>
    <w:rsid w:val="003F2F23"/>
    <w:rsid w:val="003F3566"/>
    <w:rsid w:val="003F3E7E"/>
    <w:rsid w:val="003F41DC"/>
    <w:rsid w:val="003F4221"/>
    <w:rsid w:val="003F4FAF"/>
    <w:rsid w:val="003F4FFD"/>
    <w:rsid w:val="003F52BC"/>
    <w:rsid w:val="003F5777"/>
    <w:rsid w:val="003F6050"/>
    <w:rsid w:val="003F617E"/>
    <w:rsid w:val="003F65F6"/>
    <w:rsid w:val="003F6DC8"/>
    <w:rsid w:val="003F6DFE"/>
    <w:rsid w:val="003F7330"/>
    <w:rsid w:val="003F7691"/>
    <w:rsid w:val="003F7CC8"/>
    <w:rsid w:val="003F7E86"/>
    <w:rsid w:val="0040006F"/>
    <w:rsid w:val="00400126"/>
    <w:rsid w:val="00400FD5"/>
    <w:rsid w:val="004013AD"/>
    <w:rsid w:val="004013D7"/>
    <w:rsid w:val="00401D46"/>
    <w:rsid w:val="004023DC"/>
    <w:rsid w:val="004025D2"/>
    <w:rsid w:val="004026C1"/>
    <w:rsid w:val="0040287C"/>
    <w:rsid w:val="00402939"/>
    <w:rsid w:val="00402FCD"/>
    <w:rsid w:val="004030E6"/>
    <w:rsid w:val="004035E0"/>
    <w:rsid w:val="0040362E"/>
    <w:rsid w:val="0040421F"/>
    <w:rsid w:val="00404355"/>
    <w:rsid w:val="00404615"/>
    <w:rsid w:val="00404725"/>
    <w:rsid w:val="00404949"/>
    <w:rsid w:val="00404C53"/>
    <w:rsid w:val="00404C5D"/>
    <w:rsid w:val="00405622"/>
    <w:rsid w:val="00405858"/>
    <w:rsid w:val="00405901"/>
    <w:rsid w:val="00406071"/>
    <w:rsid w:val="00406B23"/>
    <w:rsid w:val="00407BB1"/>
    <w:rsid w:val="00407F8D"/>
    <w:rsid w:val="004101AC"/>
    <w:rsid w:val="0041037E"/>
    <w:rsid w:val="0041083D"/>
    <w:rsid w:val="00411DE7"/>
    <w:rsid w:val="0041225D"/>
    <w:rsid w:val="0041321A"/>
    <w:rsid w:val="00413324"/>
    <w:rsid w:val="00413AD7"/>
    <w:rsid w:val="00413D0C"/>
    <w:rsid w:val="004143E1"/>
    <w:rsid w:val="00414A0F"/>
    <w:rsid w:val="004152AD"/>
    <w:rsid w:val="00415B9E"/>
    <w:rsid w:val="00416069"/>
    <w:rsid w:val="00416657"/>
    <w:rsid w:val="004166BE"/>
    <w:rsid w:val="00416D5D"/>
    <w:rsid w:val="004172F2"/>
    <w:rsid w:val="004173E7"/>
    <w:rsid w:val="00417725"/>
    <w:rsid w:val="004177A3"/>
    <w:rsid w:val="00417F5A"/>
    <w:rsid w:val="004200FA"/>
    <w:rsid w:val="004201CF"/>
    <w:rsid w:val="00420275"/>
    <w:rsid w:val="004202AC"/>
    <w:rsid w:val="004209B1"/>
    <w:rsid w:val="00420E8A"/>
    <w:rsid w:val="00421315"/>
    <w:rsid w:val="004213E4"/>
    <w:rsid w:val="0042220A"/>
    <w:rsid w:val="004227D6"/>
    <w:rsid w:val="00422CDF"/>
    <w:rsid w:val="0042373C"/>
    <w:rsid w:val="004237BA"/>
    <w:rsid w:val="004238E7"/>
    <w:rsid w:val="00423BDE"/>
    <w:rsid w:val="0042447B"/>
    <w:rsid w:val="004247A1"/>
    <w:rsid w:val="0042486C"/>
    <w:rsid w:val="00424926"/>
    <w:rsid w:val="00424B94"/>
    <w:rsid w:val="00424C30"/>
    <w:rsid w:val="00424DF1"/>
    <w:rsid w:val="004258AC"/>
    <w:rsid w:val="00425A49"/>
    <w:rsid w:val="00426010"/>
    <w:rsid w:val="0042673D"/>
    <w:rsid w:val="00426E76"/>
    <w:rsid w:val="0043012C"/>
    <w:rsid w:val="00430508"/>
    <w:rsid w:val="00430DF6"/>
    <w:rsid w:val="00430E37"/>
    <w:rsid w:val="00431357"/>
    <w:rsid w:val="00431552"/>
    <w:rsid w:val="0043183A"/>
    <w:rsid w:val="00431B9A"/>
    <w:rsid w:val="00432ED7"/>
    <w:rsid w:val="004330BC"/>
    <w:rsid w:val="00433224"/>
    <w:rsid w:val="0043369C"/>
    <w:rsid w:val="004336DC"/>
    <w:rsid w:val="0043380C"/>
    <w:rsid w:val="004339CF"/>
    <w:rsid w:val="00433B7E"/>
    <w:rsid w:val="00433B96"/>
    <w:rsid w:val="00434276"/>
    <w:rsid w:val="004345A8"/>
    <w:rsid w:val="004348ED"/>
    <w:rsid w:val="00434F66"/>
    <w:rsid w:val="004354F3"/>
    <w:rsid w:val="0043581B"/>
    <w:rsid w:val="00435BD3"/>
    <w:rsid w:val="00435E81"/>
    <w:rsid w:val="00435F39"/>
    <w:rsid w:val="004363AE"/>
    <w:rsid w:val="00436603"/>
    <w:rsid w:val="00436EC6"/>
    <w:rsid w:val="0043766E"/>
    <w:rsid w:val="00437B18"/>
    <w:rsid w:val="00440306"/>
    <w:rsid w:val="00441CEE"/>
    <w:rsid w:val="00441E7F"/>
    <w:rsid w:val="00441FF4"/>
    <w:rsid w:val="004420CF"/>
    <w:rsid w:val="0044252E"/>
    <w:rsid w:val="00442858"/>
    <w:rsid w:val="00442AE9"/>
    <w:rsid w:val="00442B7C"/>
    <w:rsid w:val="00442FE9"/>
    <w:rsid w:val="00443064"/>
    <w:rsid w:val="0044344E"/>
    <w:rsid w:val="004435FB"/>
    <w:rsid w:val="0044391A"/>
    <w:rsid w:val="00443DFF"/>
    <w:rsid w:val="0044415A"/>
    <w:rsid w:val="00444319"/>
    <w:rsid w:val="00444C32"/>
    <w:rsid w:val="00444ECD"/>
    <w:rsid w:val="00444F09"/>
    <w:rsid w:val="004453E2"/>
    <w:rsid w:val="00446078"/>
    <w:rsid w:val="004463A6"/>
    <w:rsid w:val="00446521"/>
    <w:rsid w:val="0044660E"/>
    <w:rsid w:val="0044666C"/>
    <w:rsid w:val="00446B88"/>
    <w:rsid w:val="00447A8C"/>
    <w:rsid w:val="00450084"/>
    <w:rsid w:val="0045054C"/>
    <w:rsid w:val="00450562"/>
    <w:rsid w:val="004513C1"/>
    <w:rsid w:val="00451C93"/>
    <w:rsid w:val="004522AD"/>
    <w:rsid w:val="00452C85"/>
    <w:rsid w:val="00452FCE"/>
    <w:rsid w:val="00453139"/>
    <w:rsid w:val="004532B2"/>
    <w:rsid w:val="004532F1"/>
    <w:rsid w:val="00453FF7"/>
    <w:rsid w:val="00454864"/>
    <w:rsid w:val="00454A23"/>
    <w:rsid w:val="00454BF3"/>
    <w:rsid w:val="00454C2A"/>
    <w:rsid w:val="004554E7"/>
    <w:rsid w:val="004555D7"/>
    <w:rsid w:val="00455B64"/>
    <w:rsid w:val="004572C2"/>
    <w:rsid w:val="00457690"/>
    <w:rsid w:val="00457ABD"/>
    <w:rsid w:val="00457ECC"/>
    <w:rsid w:val="00460379"/>
    <w:rsid w:val="00460E49"/>
    <w:rsid w:val="004616F4"/>
    <w:rsid w:val="00461A49"/>
    <w:rsid w:val="00461B36"/>
    <w:rsid w:val="004637AC"/>
    <w:rsid w:val="00463C46"/>
    <w:rsid w:val="00463D22"/>
    <w:rsid w:val="00463D4C"/>
    <w:rsid w:val="0046426C"/>
    <w:rsid w:val="0046479E"/>
    <w:rsid w:val="00465D55"/>
    <w:rsid w:val="0046663E"/>
    <w:rsid w:val="0046678C"/>
    <w:rsid w:val="00466DD9"/>
    <w:rsid w:val="00467886"/>
    <w:rsid w:val="00467C6B"/>
    <w:rsid w:val="00467D3C"/>
    <w:rsid w:val="00467DC0"/>
    <w:rsid w:val="00467E71"/>
    <w:rsid w:val="00470275"/>
    <w:rsid w:val="0047036F"/>
    <w:rsid w:val="004713B3"/>
    <w:rsid w:val="00471C40"/>
    <w:rsid w:val="00471D20"/>
    <w:rsid w:val="00471D77"/>
    <w:rsid w:val="00472786"/>
    <w:rsid w:val="0047289C"/>
    <w:rsid w:val="0047289E"/>
    <w:rsid w:val="00472BCD"/>
    <w:rsid w:val="00472D7E"/>
    <w:rsid w:val="004732A6"/>
    <w:rsid w:val="004733D8"/>
    <w:rsid w:val="0047343C"/>
    <w:rsid w:val="004734E2"/>
    <w:rsid w:val="00473C31"/>
    <w:rsid w:val="0047407B"/>
    <w:rsid w:val="00474278"/>
    <w:rsid w:val="0047462D"/>
    <w:rsid w:val="004747E7"/>
    <w:rsid w:val="004757D3"/>
    <w:rsid w:val="0047590B"/>
    <w:rsid w:val="00476A4E"/>
    <w:rsid w:val="00477268"/>
    <w:rsid w:val="0047726E"/>
    <w:rsid w:val="004773D4"/>
    <w:rsid w:val="00477F19"/>
    <w:rsid w:val="004800EC"/>
    <w:rsid w:val="00480411"/>
    <w:rsid w:val="004805AA"/>
    <w:rsid w:val="004807C9"/>
    <w:rsid w:val="004816AB"/>
    <w:rsid w:val="00481720"/>
    <w:rsid w:val="0048184C"/>
    <w:rsid w:val="00483032"/>
    <w:rsid w:val="004835FA"/>
    <w:rsid w:val="00483727"/>
    <w:rsid w:val="004838C0"/>
    <w:rsid w:val="00483CF9"/>
    <w:rsid w:val="004845B9"/>
    <w:rsid w:val="00484B0D"/>
    <w:rsid w:val="00484D2F"/>
    <w:rsid w:val="00485680"/>
    <w:rsid w:val="00485E72"/>
    <w:rsid w:val="00486454"/>
    <w:rsid w:val="004875F3"/>
    <w:rsid w:val="00490472"/>
    <w:rsid w:val="004908E8"/>
    <w:rsid w:val="00490966"/>
    <w:rsid w:val="00491491"/>
    <w:rsid w:val="004923AE"/>
    <w:rsid w:val="00493123"/>
    <w:rsid w:val="0049349F"/>
    <w:rsid w:val="00493D10"/>
    <w:rsid w:val="00493E47"/>
    <w:rsid w:val="004941D2"/>
    <w:rsid w:val="004945F3"/>
    <w:rsid w:val="004949D9"/>
    <w:rsid w:val="00494C6C"/>
    <w:rsid w:val="004954E3"/>
    <w:rsid w:val="004959ED"/>
    <w:rsid w:val="00495BFD"/>
    <w:rsid w:val="0049602A"/>
    <w:rsid w:val="0049634D"/>
    <w:rsid w:val="004964F3"/>
    <w:rsid w:val="00496643"/>
    <w:rsid w:val="00496B31"/>
    <w:rsid w:val="00496C32"/>
    <w:rsid w:val="004977E1"/>
    <w:rsid w:val="004978EF"/>
    <w:rsid w:val="00497B46"/>
    <w:rsid w:val="00497D1C"/>
    <w:rsid w:val="004A131B"/>
    <w:rsid w:val="004A1453"/>
    <w:rsid w:val="004A154B"/>
    <w:rsid w:val="004A161F"/>
    <w:rsid w:val="004A175C"/>
    <w:rsid w:val="004A1E79"/>
    <w:rsid w:val="004A2D12"/>
    <w:rsid w:val="004A2EF4"/>
    <w:rsid w:val="004A305B"/>
    <w:rsid w:val="004A3117"/>
    <w:rsid w:val="004A31C5"/>
    <w:rsid w:val="004A484A"/>
    <w:rsid w:val="004A48A6"/>
    <w:rsid w:val="004A4AA6"/>
    <w:rsid w:val="004A4EF0"/>
    <w:rsid w:val="004A5367"/>
    <w:rsid w:val="004A59AF"/>
    <w:rsid w:val="004A5A0A"/>
    <w:rsid w:val="004A6750"/>
    <w:rsid w:val="004A6BE1"/>
    <w:rsid w:val="004A6C4D"/>
    <w:rsid w:val="004A6CBE"/>
    <w:rsid w:val="004A6EEB"/>
    <w:rsid w:val="004A6F77"/>
    <w:rsid w:val="004A6FA2"/>
    <w:rsid w:val="004A6FA4"/>
    <w:rsid w:val="004A71A9"/>
    <w:rsid w:val="004A7788"/>
    <w:rsid w:val="004A7ABC"/>
    <w:rsid w:val="004A7D5C"/>
    <w:rsid w:val="004A7E7C"/>
    <w:rsid w:val="004B00F8"/>
    <w:rsid w:val="004B09C1"/>
    <w:rsid w:val="004B0E42"/>
    <w:rsid w:val="004B0EAE"/>
    <w:rsid w:val="004B10EE"/>
    <w:rsid w:val="004B1322"/>
    <w:rsid w:val="004B1C71"/>
    <w:rsid w:val="004B2763"/>
    <w:rsid w:val="004B2793"/>
    <w:rsid w:val="004B2ED3"/>
    <w:rsid w:val="004B3065"/>
    <w:rsid w:val="004B32EF"/>
    <w:rsid w:val="004B3365"/>
    <w:rsid w:val="004B3A5D"/>
    <w:rsid w:val="004B404F"/>
    <w:rsid w:val="004B442B"/>
    <w:rsid w:val="004B4A50"/>
    <w:rsid w:val="004B4CEC"/>
    <w:rsid w:val="004B4E79"/>
    <w:rsid w:val="004B560C"/>
    <w:rsid w:val="004B563F"/>
    <w:rsid w:val="004B607E"/>
    <w:rsid w:val="004B6188"/>
    <w:rsid w:val="004B6393"/>
    <w:rsid w:val="004B65EA"/>
    <w:rsid w:val="004B6AF2"/>
    <w:rsid w:val="004B6F6A"/>
    <w:rsid w:val="004B71DA"/>
    <w:rsid w:val="004B77A6"/>
    <w:rsid w:val="004B7825"/>
    <w:rsid w:val="004B7AAF"/>
    <w:rsid w:val="004B7AD1"/>
    <w:rsid w:val="004B7B74"/>
    <w:rsid w:val="004B7C2B"/>
    <w:rsid w:val="004B7EFC"/>
    <w:rsid w:val="004C08FA"/>
    <w:rsid w:val="004C09E3"/>
    <w:rsid w:val="004C1871"/>
    <w:rsid w:val="004C1947"/>
    <w:rsid w:val="004C1E18"/>
    <w:rsid w:val="004C25F1"/>
    <w:rsid w:val="004C2605"/>
    <w:rsid w:val="004C2C22"/>
    <w:rsid w:val="004C2FA6"/>
    <w:rsid w:val="004C305C"/>
    <w:rsid w:val="004C36A6"/>
    <w:rsid w:val="004C4A73"/>
    <w:rsid w:val="004C4EAE"/>
    <w:rsid w:val="004C4F37"/>
    <w:rsid w:val="004C5187"/>
    <w:rsid w:val="004C5896"/>
    <w:rsid w:val="004C5E95"/>
    <w:rsid w:val="004C5EDF"/>
    <w:rsid w:val="004C5F56"/>
    <w:rsid w:val="004C6345"/>
    <w:rsid w:val="004C64B1"/>
    <w:rsid w:val="004C6968"/>
    <w:rsid w:val="004C72CD"/>
    <w:rsid w:val="004D0335"/>
    <w:rsid w:val="004D04B6"/>
    <w:rsid w:val="004D05AE"/>
    <w:rsid w:val="004D0E6D"/>
    <w:rsid w:val="004D12B6"/>
    <w:rsid w:val="004D140D"/>
    <w:rsid w:val="004D19E9"/>
    <w:rsid w:val="004D2429"/>
    <w:rsid w:val="004D2528"/>
    <w:rsid w:val="004D2F40"/>
    <w:rsid w:val="004D35EA"/>
    <w:rsid w:val="004D3BBB"/>
    <w:rsid w:val="004D46F3"/>
    <w:rsid w:val="004D4778"/>
    <w:rsid w:val="004D4FC7"/>
    <w:rsid w:val="004D5224"/>
    <w:rsid w:val="004D55A6"/>
    <w:rsid w:val="004D5CE3"/>
    <w:rsid w:val="004D5E2F"/>
    <w:rsid w:val="004D5E87"/>
    <w:rsid w:val="004D6B88"/>
    <w:rsid w:val="004D6CAA"/>
    <w:rsid w:val="004D6DEC"/>
    <w:rsid w:val="004D6F7A"/>
    <w:rsid w:val="004D71BE"/>
    <w:rsid w:val="004D7B4A"/>
    <w:rsid w:val="004E061C"/>
    <w:rsid w:val="004E0F45"/>
    <w:rsid w:val="004E1423"/>
    <w:rsid w:val="004E1B6E"/>
    <w:rsid w:val="004E2A26"/>
    <w:rsid w:val="004E2A54"/>
    <w:rsid w:val="004E2BEE"/>
    <w:rsid w:val="004E3235"/>
    <w:rsid w:val="004E3259"/>
    <w:rsid w:val="004E3C24"/>
    <w:rsid w:val="004E3DC6"/>
    <w:rsid w:val="004E454A"/>
    <w:rsid w:val="004E6F0E"/>
    <w:rsid w:val="004E6FA9"/>
    <w:rsid w:val="004E7693"/>
    <w:rsid w:val="004E7733"/>
    <w:rsid w:val="004E77EE"/>
    <w:rsid w:val="004E7956"/>
    <w:rsid w:val="004E7A04"/>
    <w:rsid w:val="004F011E"/>
    <w:rsid w:val="004F096B"/>
    <w:rsid w:val="004F0A21"/>
    <w:rsid w:val="004F0C7F"/>
    <w:rsid w:val="004F0E0D"/>
    <w:rsid w:val="004F0EB8"/>
    <w:rsid w:val="004F157B"/>
    <w:rsid w:val="004F16FD"/>
    <w:rsid w:val="004F1776"/>
    <w:rsid w:val="004F182F"/>
    <w:rsid w:val="004F2817"/>
    <w:rsid w:val="004F2A6F"/>
    <w:rsid w:val="004F308C"/>
    <w:rsid w:val="004F3E32"/>
    <w:rsid w:val="004F4764"/>
    <w:rsid w:val="004F55BB"/>
    <w:rsid w:val="004F592E"/>
    <w:rsid w:val="004F5BDD"/>
    <w:rsid w:val="004F62FD"/>
    <w:rsid w:val="004F648D"/>
    <w:rsid w:val="004F64D0"/>
    <w:rsid w:val="004F722E"/>
    <w:rsid w:val="004F791A"/>
    <w:rsid w:val="004F7C5A"/>
    <w:rsid w:val="0050083E"/>
    <w:rsid w:val="00501113"/>
    <w:rsid w:val="00501825"/>
    <w:rsid w:val="00501C78"/>
    <w:rsid w:val="00501D5A"/>
    <w:rsid w:val="00501EA2"/>
    <w:rsid w:val="005026DD"/>
    <w:rsid w:val="00502890"/>
    <w:rsid w:val="005029C1"/>
    <w:rsid w:val="00502C01"/>
    <w:rsid w:val="0050301A"/>
    <w:rsid w:val="00503250"/>
    <w:rsid w:val="005035F1"/>
    <w:rsid w:val="00503F13"/>
    <w:rsid w:val="0050418C"/>
    <w:rsid w:val="005044AB"/>
    <w:rsid w:val="00504673"/>
    <w:rsid w:val="00504A09"/>
    <w:rsid w:val="00504BC2"/>
    <w:rsid w:val="005058A0"/>
    <w:rsid w:val="005066BB"/>
    <w:rsid w:val="005066CF"/>
    <w:rsid w:val="005066F8"/>
    <w:rsid w:val="005070FF"/>
    <w:rsid w:val="005075F4"/>
    <w:rsid w:val="005103DE"/>
    <w:rsid w:val="005103F1"/>
    <w:rsid w:val="00510A7F"/>
    <w:rsid w:val="00511333"/>
    <w:rsid w:val="0051157F"/>
    <w:rsid w:val="005116D7"/>
    <w:rsid w:val="00511D2E"/>
    <w:rsid w:val="00513618"/>
    <w:rsid w:val="00513778"/>
    <w:rsid w:val="0051387B"/>
    <w:rsid w:val="005141B3"/>
    <w:rsid w:val="005142CA"/>
    <w:rsid w:val="005149FD"/>
    <w:rsid w:val="00515B17"/>
    <w:rsid w:val="00515D76"/>
    <w:rsid w:val="0051600F"/>
    <w:rsid w:val="005169AD"/>
    <w:rsid w:val="00517601"/>
    <w:rsid w:val="005179D7"/>
    <w:rsid w:val="00517B22"/>
    <w:rsid w:val="00517D2B"/>
    <w:rsid w:val="005200F3"/>
    <w:rsid w:val="0052088E"/>
    <w:rsid w:val="00520B71"/>
    <w:rsid w:val="00520E47"/>
    <w:rsid w:val="00520F83"/>
    <w:rsid w:val="0052141F"/>
    <w:rsid w:val="005218C6"/>
    <w:rsid w:val="00521A0C"/>
    <w:rsid w:val="00521D76"/>
    <w:rsid w:val="00521E76"/>
    <w:rsid w:val="00521EF5"/>
    <w:rsid w:val="00523633"/>
    <w:rsid w:val="00523764"/>
    <w:rsid w:val="00523B39"/>
    <w:rsid w:val="005244DC"/>
    <w:rsid w:val="00524600"/>
    <w:rsid w:val="005247E3"/>
    <w:rsid w:val="0052501C"/>
    <w:rsid w:val="0052573C"/>
    <w:rsid w:val="00525868"/>
    <w:rsid w:val="00525E99"/>
    <w:rsid w:val="005261E4"/>
    <w:rsid w:val="00526241"/>
    <w:rsid w:val="00526504"/>
    <w:rsid w:val="0052678D"/>
    <w:rsid w:val="00526975"/>
    <w:rsid w:val="0052734C"/>
    <w:rsid w:val="0052755F"/>
    <w:rsid w:val="005303D9"/>
    <w:rsid w:val="0053081C"/>
    <w:rsid w:val="0053092B"/>
    <w:rsid w:val="00530C24"/>
    <w:rsid w:val="00530ECE"/>
    <w:rsid w:val="00531779"/>
    <w:rsid w:val="00532009"/>
    <w:rsid w:val="0053264E"/>
    <w:rsid w:val="00533A5F"/>
    <w:rsid w:val="00533AEA"/>
    <w:rsid w:val="00533D08"/>
    <w:rsid w:val="005340DE"/>
    <w:rsid w:val="00534698"/>
    <w:rsid w:val="0053484B"/>
    <w:rsid w:val="00534F55"/>
    <w:rsid w:val="00536584"/>
    <w:rsid w:val="005367EC"/>
    <w:rsid w:val="00536A74"/>
    <w:rsid w:val="00537207"/>
    <w:rsid w:val="005374C1"/>
    <w:rsid w:val="005377BE"/>
    <w:rsid w:val="0053796A"/>
    <w:rsid w:val="00537C7B"/>
    <w:rsid w:val="00540F05"/>
    <w:rsid w:val="005413B4"/>
    <w:rsid w:val="005417BD"/>
    <w:rsid w:val="0054281B"/>
    <w:rsid w:val="005431AC"/>
    <w:rsid w:val="00543239"/>
    <w:rsid w:val="00543350"/>
    <w:rsid w:val="00543DC7"/>
    <w:rsid w:val="00543EC5"/>
    <w:rsid w:val="00544267"/>
    <w:rsid w:val="005443E4"/>
    <w:rsid w:val="0054494B"/>
    <w:rsid w:val="00544A15"/>
    <w:rsid w:val="00544DE4"/>
    <w:rsid w:val="00545170"/>
    <w:rsid w:val="005451A3"/>
    <w:rsid w:val="0054562A"/>
    <w:rsid w:val="00545B06"/>
    <w:rsid w:val="005467EA"/>
    <w:rsid w:val="00546888"/>
    <w:rsid w:val="005468FC"/>
    <w:rsid w:val="00546B90"/>
    <w:rsid w:val="005470BE"/>
    <w:rsid w:val="0054717B"/>
    <w:rsid w:val="0054776A"/>
    <w:rsid w:val="00547AB2"/>
    <w:rsid w:val="005500F8"/>
    <w:rsid w:val="00550789"/>
    <w:rsid w:val="00550AD7"/>
    <w:rsid w:val="00550B6D"/>
    <w:rsid w:val="00551127"/>
    <w:rsid w:val="005511FE"/>
    <w:rsid w:val="00551394"/>
    <w:rsid w:val="0055197C"/>
    <w:rsid w:val="00551F16"/>
    <w:rsid w:val="005521D4"/>
    <w:rsid w:val="0055331A"/>
    <w:rsid w:val="005538DB"/>
    <w:rsid w:val="00553ABE"/>
    <w:rsid w:val="00554049"/>
    <w:rsid w:val="005543D0"/>
    <w:rsid w:val="0055456D"/>
    <w:rsid w:val="00554630"/>
    <w:rsid w:val="005546EF"/>
    <w:rsid w:val="005551EC"/>
    <w:rsid w:val="00555592"/>
    <w:rsid w:val="005558A9"/>
    <w:rsid w:val="00555B09"/>
    <w:rsid w:val="005562D3"/>
    <w:rsid w:val="00556A3A"/>
    <w:rsid w:val="00556E1C"/>
    <w:rsid w:val="00556F50"/>
    <w:rsid w:val="00557024"/>
    <w:rsid w:val="0055728E"/>
    <w:rsid w:val="00557C23"/>
    <w:rsid w:val="00557C53"/>
    <w:rsid w:val="005603CA"/>
    <w:rsid w:val="005605C8"/>
    <w:rsid w:val="005606C4"/>
    <w:rsid w:val="00560EF6"/>
    <w:rsid w:val="005610F1"/>
    <w:rsid w:val="0056116B"/>
    <w:rsid w:val="00561401"/>
    <w:rsid w:val="00561B35"/>
    <w:rsid w:val="00561D62"/>
    <w:rsid w:val="00561D7D"/>
    <w:rsid w:val="00562908"/>
    <w:rsid w:val="0056298C"/>
    <w:rsid w:val="005633DA"/>
    <w:rsid w:val="005634B7"/>
    <w:rsid w:val="005644BD"/>
    <w:rsid w:val="00564B05"/>
    <w:rsid w:val="00564CE7"/>
    <w:rsid w:val="0056521B"/>
    <w:rsid w:val="00565D87"/>
    <w:rsid w:val="005661ED"/>
    <w:rsid w:val="005666BA"/>
    <w:rsid w:val="005679A8"/>
    <w:rsid w:val="005701E6"/>
    <w:rsid w:val="005704E9"/>
    <w:rsid w:val="0057069E"/>
    <w:rsid w:val="005717F8"/>
    <w:rsid w:val="005720A5"/>
    <w:rsid w:val="00572721"/>
    <w:rsid w:val="00573192"/>
    <w:rsid w:val="00573513"/>
    <w:rsid w:val="00573684"/>
    <w:rsid w:val="00573E7F"/>
    <w:rsid w:val="0057422D"/>
    <w:rsid w:val="005745C6"/>
    <w:rsid w:val="005748C7"/>
    <w:rsid w:val="00574990"/>
    <w:rsid w:val="00575979"/>
    <w:rsid w:val="005759A4"/>
    <w:rsid w:val="00576079"/>
    <w:rsid w:val="0057646F"/>
    <w:rsid w:val="005769DE"/>
    <w:rsid w:val="00576F8C"/>
    <w:rsid w:val="00577454"/>
    <w:rsid w:val="00577D01"/>
    <w:rsid w:val="00577FE8"/>
    <w:rsid w:val="00580093"/>
    <w:rsid w:val="0058015D"/>
    <w:rsid w:val="00580327"/>
    <w:rsid w:val="00580499"/>
    <w:rsid w:val="00580777"/>
    <w:rsid w:val="0058093C"/>
    <w:rsid w:val="00580E92"/>
    <w:rsid w:val="005810D9"/>
    <w:rsid w:val="0058137F"/>
    <w:rsid w:val="005813B7"/>
    <w:rsid w:val="00581698"/>
    <w:rsid w:val="00581A84"/>
    <w:rsid w:val="00581ACB"/>
    <w:rsid w:val="005828E0"/>
    <w:rsid w:val="00582B0E"/>
    <w:rsid w:val="00583580"/>
    <w:rsid w:val="00583685"/>
    <w:rsid w:val="00583A20"/>
    <w:rsid w:val="00583C5D"/>
    <w:rsid w:val="00583E80"/>
    <w:rsid w:val="005843C1"/>
    <w:rsid w:val="005844E5"/>
    <w:rsid w:val="005845BE"/>
    <w:rsid w:val="0058467F"/>
    <w:rsid w:val="00584AC1"/>
    <w:rsid w:val="00584C10"/>
    <w:rsid w:val="00584CA9"/>
    <w:rsid w:val="005856BC"/>
    <w:rsid w:val="00585A18"/>
    <w:rsid w:val="00585CF5"/>
    <w:rsid w:val="005864CE"/>
    <w:rsid w:val="00586E3C"/>
    <w:rsid w:val="0058767F"/>
    <w:rsid w:val="00587973"/>
    <w:rsid w:val="00587A26"/>
    <w:rsid w:val="00587B98"/>
    <w:rsid w:val="00587F2D"/>
    <w:rsid w:val="00587FA6"/>
    <w:rsid w:val="0059072E"/>
    <w:rsid w:val="0059076B"/>
    <w:rsid w:val="00590C64"/>
    <w:rsid w:val="00590EA2"/>
    <w:rsid w:val="00590F82"/>
    <w:rsid w:val="00591B57"/>
    <w:rsid w:val="00591E80"/>
    <w:rsid w:val="00592292"/>
    <w:rsid w:val="00592D18"/>
    <w:rsid w:val="00592FF8"/>
    <w:rsid w:val="005931C9"/>
    <w:rsid w:val="005935E0"/>
    <w:rsid w:val="0059389F"/>
    <w:rsid w:val="005944B1"/>
    <w:rsid w:val="005945FD"/>
    <w:rsid w:val="0059472B"/>
    <w:rsid w:val="00594889"/>
    <w:rsid w:val="00594C21"/>
    <w:rsid w:val="005953F1"/>
    <w:rsid w:val="00595CB4"/>
    <w:rsid w:val="00596327"/>
    <w:rsid w:val="00596390"/>
    <w:rsid w:val="00596592"/>
    <w:rsid w:val="00596722"/>
    <w:rsid w:val="0059673F"/>
    <w:rsid w:val="00596977"/>
    <w:rsid w:val="005973C5"/>
    <w:rsid w:val="0059775F"/>
    <w:rsid w:val="00597895"/>
    <w:rsid w:val="0059792E"/>
    <w:rsid w:val="00597D1B"/>
    <w:rsid w:val="005A052C"/>
    <w:rsid w:val="005A05B2"/>
    <w:rsid w:val="005A065C"/>
    <w:rsid w:val="005A08D7"/>
    <w:rsid w:val="005A0FEC"/>
    <w:rsid w:val="005A12E4"/>
    <w:rsid w:val="005A16EF"/>
    <w:rsid w:val="005A1861"/>
    <w:rsid w:val="005A1A31"/>
    <w:rsid w:val="005A1C81"/>
    <w:rsid w:val="005A1FBC"/>
    <w:rsid w:val="005A2101"/>
    <w:rsid w:val="005A26C0"/>
    <w:rsid w:val="005A2725"/>
    <w:rsid w:val="005A28C1"/>
    <w:rsid w:val="005A2D44"/>
    <w:rsid w:val="005A4031"/>
    <w:rsid w:val="005A44B6"/>
    <w:rsid w:val="005A4BD2"/>
    <w:rsid w:val="005A52A1"/>
    <w:rsid w:val="005A53CD"/>
    <w:rsid w:val="005A656D"/>
    <w:rsid w:val="005A65DF"/>
    <w:rsid w:val="005A6766"/>
    <w:rsid w:val="005A71A6"/>
    <w:rsid w:val="005A74C7"/>
    <w:rsid w:val="005A79F1"/>
    <w:rsid w:val="005A7E0C"/>
    <w:rsid w:val="005A7E50"/>
    <w:rsid w:val="005B0170"/>
    <w:rsid w:val="005B0A1E"/>
    <w:rsid w:val="005B103D"/>
    <w:rsid w:val="005B17BA"/>
    <w:rsid w:val="005B1A27"/>
    <w:rsid w:val="005B1B94"/>
    <w:rsid w:val="005B1F61"/>
    <w:rsid w:val="005B2323"/>
    <w:rsid w:val="005B23FE"/>
    <w:rsid w:val="005B2550"/>
    <w:rsid w:val="005B25B0"/>
    <w:rsid w:val="005B380A"/>
    <w:rsid w:val="005B3A94"/>
    <w:rsid w:val="005B4298"/>
    <w:rsid w:val="005B44FF"/>
    <w:rsid w:val="005B456D"/>
    <w:rsid w:val="005B4BBE"/>
    <w:rsid w:val="005B4CFC"/>
    <w:rsid w:val="005B5223"/>
    <w:rsid w:val="005B54E2"/>
    <w:rsid w:val="005B5747"/>
    <w:rsid w:val="005B5B29"/>
    <w:rsid w:val="005B69AF"/>
    <w:rsid w:val="005B6A09"/>
    <w:rsid w:val="005B6F87"/>
    <w:rsid w:val="005B6F88"/>
    <w:rsid w:val="005B70EC"/>
    <w:rsid w:val="005B7396"/>
    <w:rsid w:val="005B73D4"/>
    <w:rsid w:val="005B7B5D"/>
    <w:rsid w:val="005C05E3"/>
    <w:rsid w:val="005C0602"/>
    <w:rsid w:val="005C065B"/>
    <w:rsid w:val="005C2101"/>
    <w:rsid w:val="005C2751"/>
    <w:rsid w:val="005C2E9E"/>
    <w:rsid w:val="005C3349"/>
    <w:rsid w:val="005C335A"/>
    <w:rsid w:val="005C33E1"/>
    <w:rsid w:val="005C41F9"/>
    <w:rsid w:val="005C422A"/>
    <w:rsid w:val="005C42F5"/>
    <w:rsid w:val="005C566F"/>
    <w:rsid w:val="005C57AF"/>
    <w:rsid w:val="005C66A6"/>
    <w:rsid w:val="005C68A7"/>
    <w:rsid w:val="005C7215"/>
    <w:rsid w:val="005C7A80"/>
    <w:rsid w:val="005D052C"/>
    <w:rsid w:val="005D05BD"/>
    <w:rsid w:val="005D08AB"/>
    <w:rsid w:val="005D0CF1"/>
    <w:rsid w:val="005D0F85"/>
    <w:rsid w:val="005D169B"/>
    <w:rsid w:val="005D20ED"/>
    <w:rsid w:val="005D2B78"/>
    <w:rsid w:val="005D3226"/>
    <w:rsid w:val="005D3465"/>
    <w:rsid w:val="005D3EB0"/>
    <w:rsid w:val="005D40DE"/>
    <w:rsid w:val="005D4191"/>
    <w:rsid w:val="005D46FF"/>
    <w:rsid w:val="005D504A"/>
    <w:rsid w:val="005D5ACB"/>
    <w:rsid w:val="005D5E49"/>
    <w:rsid w:val="005D5EE3"/>
    <w:rsid w:val="005D6200"/>
    <w:rsid w:val="005D6676"/>
    <w:rsid w:val="005D6B28"/>
    <w:rsid w:val="005D6B50"/>
    <w:rsid w:val="005D7B18"/>
    <w:rsid w:val="005E00A5"/>
    <w:rsid w:val="005E0936"/>
    <w:rsid w:val="005E0AB7"/>
    <w:rsid w:val="005E0CF1"/>
    <w:rsid w:val="005E0CFF"/>
    <w:rsid w:val="005E145C"/>
    <w:rsid w:val="005E1AB6"/>
    <w:rsid w:val="005E29EA"/>
    <w:rsid w:val="005E2FA9"/>
    <w:rsid w:val="005E345A"/>
    <w:rsid w:val="005E3A4C"/>
    <w:rsid w:val="005E41C0"/>
    <w:rsid w:val="005E437C"/>
    <w:rsid w:val="005E5316"/>
    <w:rsid w:val="005E5B49"/>
    <w:rsid w:val="005E64DE"/>
    <w:rsid w:val="005E667C"/>
    <w:rsid w:val="005E7296"/>
    <w:rsid w:val="005E766F"/>
    <w:rsid w:val="005E76AC"/>
    <w:rsid w:val="005F09C0"/>
    <w:rsid w:val="005F0D26"/>
    <w:rsid w:val="005F0D35"/>
    <w:rsid w:val="005F10EE"/>
    <w:rsid w:val="005F116E"/>
    <w:rsid w:val="005F1867"/>
    <w:rsid w:val="005F1AEC"/>
    <w:rsid w:val="005F3107"/>
    <w:rsid w:val="005F3E31"/>
    <w:rsid w:val="005F4266"/>
    <w:rsid w:val="005F45E4"/>
    <w:rsid w:val="005F5663"/>
    <w:rsid w:val="005F5B1B"/>
    <w:rsid w:val="005F605C"/>
    <w:rsid w:val="005F66AA"/>
    <w:rsid w:val="005F68A2"/>
    <w:rsid w:val="005F75D1"/>
    <w:rsid w:val="005F7C9D"/>
    <w:rsid w:val="005F7D58"/>
    <w:rsid w:val="00600316"/>
    <w:rsid w:val="006007D6"/>
    <w:rsid w:val="00600C58"/>
    <w:rsid w:val="00601795"/>
    <w:rsid w:val="0060220F"/>
    <w:rsid w:val="0060282B"/>
    <w:rsid w:val="00602BC5"/>
    <w:rsid w:val="00602DBC"/>
    <w:rsid w:val="00602F3C"/>
    <w:rsid w:val="00603865"/>
    <w:rsid w:val="006038E8"/>
    <w:rsid w:val="00603C97"/>
    <w:rsid w:val="00604DAB"/>
    <w:rsid w:val="006054BB"/>
    <w:rsid w:val="0060594C"/>
    <w:rsid w:val="0060699E"/>
    <w:rsid w:val="00606F1E"/>
    <w:rsid w:val="006070FF"/>
    <w:rsid w:val="00607AF6"/>
    <w:rsid w:val="00610BDF"/>
    <w:rsid w:val="006115BE"/>
    <w:rsid w:val="00612462"/>
    <w:rsid w:val="0061294D"/>
    <w:rsid w:val="00612FD7"/>
    <w:rsid w:val="0061319F"/>
    <w:rsid w:val="006132CD"/>
    <w:rsid w:val="00613B04"/>
    <w:rsid w:val="006146D3"/>
    <w:rsid w:val="00614D75"/>
    <w:rsid w:val="006152A1"/>
    <w:rsid w:val="00615B47"/>
    <w:rsid w:val="00616188"/>
    <w:rsid w:val="006162D1"/>
    <w:rsid w:val="0061646C"/>
    <w:rsid w:val="00617829"/>
    <w:rsid w:val="00617DC2"/>
    <w:rsid w:val="0062010A"/>
    <w:rsid w:val="00620245"/>
    <w:rsid w:val="0062038B"/>
    <w:rsid w:val="00620AC8"/>
    <w:rsid w:val="00620AEB"/>
    <w:rsid w:val="006214F1"/>
    <w:rsid w:val="00621FA2"/>
    <w:rsid w:val="00622116"/>
    <w:rsid w:val="00622676"/>
    <w:rsid w:val="00622B0E"/>
    <w:rsid w:val="00622BEC"/>
    <w:rsid w:val="006231F2"/>
    <w:rsid w:val="006232FF"/>
    <w:rsid w:val="0062330A"/>
    <w:rsid w:val="0062338F"/>
    <w:rsid w:val="0062385D"/>
    <w:rsid w:val="006239FE"/>
    <w:rsid w:val="00623B92"/>
    <w:rsid w:val="00624324"/>
    <w:rsid w:val="00624424"/>
    <w:rsid w:val="00624906"/>
    <w:rsid w:val="00624BBA"/>
    <w:rsid w:val="00625178"/>
    <w:rsid w:val="006258BD"/>
    <w:rsid w:val="00625954"/>
    <w:rsid w:val="00625981"/>
    <w:rsid w:val="00625BD1"/>
    <w:rsid w:val="00625C44"/>
    <w:rsid w:val="00626853"/>
    <w:rsid w:val="0062701D"/>
    <w:rsid w:val="00627D88"/>
    <w:rsid w:val="0063015C"/>
    <w:rsid w:val="0063042A"/>
    <w:rsid w:val="00630D1F"/>
    <w:rsid w:val="006312BF"/>
    <w:rsid w:val="00631376"/>
    <w:rsid w:val="00631946"/>
    <w:rsid w:val="00631FCF"/>
    <w:rsid w:val="006325D2"/>
    <w:rsid w:val="006327F1"/>
    <w:rsid w:val="00632857"/>
    <w:rsid w:val="00632981"/>
    <w:rsid w:val="00632CA0"/>
    <w:rsid w:val="006331B6"/>
    <w:rsid w:val="00633A79"/>
    <w:rsid w:val="0063442D"/>
    <w:rsid w:val="00635087"/>
    <w:rsid w:val="00635AE5"/>
    <w:rsid w:val="006370B3"/>
    <w:rsid w:val="006373B7"/>
    <w:rsid w:val="0063768C"/>
    <w:rsid w:val="00640F21"/>
    <w:rsid w:val="00641311"/>
    <w:rsid w:val="0064173D"/>
    <w:rsid w:val="0064174A"/>
    <w:rsid w:val="00641F75"/>
    <w:rsid w:val="006426B7"/>
    <w:rsid w:val="00643281"/>
    <w:rsid w:val="00643471"/>
    <w:rsid w:val="00643481"/>
    <w:rsid w:val="006434D4"/>
    <w:rsid w:val="00643759"/>
    <w:rsid w:val="00643B38"/>
    <w:rsid w:val="00643EA8"/>
    <w:rsid w:val="0064411C"/>
    <w:rsid w:val="00644645"/>
    <w:rsid w:val="00644A20"/>
    <w:rsid w:val="0064530F"/>
    <w:rsid w:val="006456CD"/>
    <w:rsid w:val="00646144"/>
    <w:rsid w:val="006466A8"/>
    <w:rsid w:val="006467A2"/>
    <w:rsid w:val="00647002"/>
    <w:rsid w:val="00647147"/>
    <w:rsid w:val="00647764"/>
    <w:rsid w:val="006477C8"/>
    <w:rsid w:val="00647C23"/>
    <w:rsid w:val="00647D56"/>
    <w:rsid w:val="00647D5F"/>
    <w:rsid w:val="00647F9A"/>
    <w:rsid w:val="00650839"/>
    <w:rsid w:val="00651087"/>
    <w:rsid w:val="0065123F"/>
    <w:rsid w:val="006513F6"/>
    <w:rsid w:val="0065169F"/>
    <w:rsid w:val="00652542"/>
    <w:rsid w:val="00654972"/>
    <w:rsid w:val="00654A9B"/>
    <w:rsid w:val="00654DC6"/>
    <w:rsid w:val="00654DF3"/>
    <w:rsid w:val="00654FC3"/>
    <w:rsid w:val="0065512C"/>
    <w:rsid w:val="00655205"/>
    <w:rsid w:val="0065570F"/>
    <w:rsid w:val="00655762"/>
    <w:rsid w:val="00655F89"/>
    <w:rsid w:val="006560F8"/>
    <w:rsid w:val="0065696F"/>
    <w:rsid w:val="00656ACB"/>
    <w:rsid w:val="00656B33"/>
    <w:rsid w:val="00657BC0"/>
    <w:rsid w:val="00660166"/>
    <w:rsid w:val="006607E2"/>
    <w:rsid w:val="00660A38"/>
    <w:rsid w:val="00660D09"/>
    <w:rsid w:val="00660F2D"/>
    <w:rsid w:val="00661958"/>
    <w:rsid w:val="00661AF6"/>
    <w:rsid w:val="00661B97"/>
    <w:rsid w:val="00661DF5"/>
    <w:rsid w:val="00662DF4"/>
    <w:rsid w:val="00662E12"/>
    <w:rsid w:val="00662F33"/>
    <w:rsid w:val="0066320E"/>
    <w:rsid w:val="00663E4D"/>
    <w:rsid w:val="00664087"/>
    <w:rsid w:val="0066490C"/>
    <w:rsid w:val="00665704"/>
    <w:rsid w:val="00665894"/>
    <w:rsid w:val="00665A00"/>
    <w:rsid w:val="00665AAA"/>
    <w:rsid w:val="00665BC3"/>
    <w:rsid w:val="00665DE5"/>
    <w:rsid w:val="00666189"/>
    <w:rsid w:val="00666BF2"/>
    <w:rsid w:val="00666F77"/>
    <w:rsid w:val="00667051"/>
    <w:rsid w:val="00667329"/>
    <w:rsid w:val="00667923"/>
    <w:rsid w:val="00667CC4"/>
    <w:rsid w:val="006700E7"/>
    <w:rsid w:val="006701B1"/>
    <w:rsid w:val="006701D4"/>
    <w:rsid w:val="0067066C"/>
    <w:rsid w:val="00670846"/>
    <w:rsid w:val="00670CD2"/>
    <w:rsid w:val="00670D0F"/>
    <w:rsid w:val="00671357"/>
    <w:rsid w:val="00671527"/>
    <w:rsid w:val="00671791"/>
    <w:rsid w:val="00671822"/>
    <w:rsid w:val="00671E17"/>
    <w:rsid w:val="00672974"/>
    <w:rsid w:val="00672D86"/>
    <w:rsid w:val="00672FC9"/>
    <w:rsid w:val="0067332B"/>
    <w:rsid w:val="006735D9"/>
    <w:rsid w:val="006736B1"/>
    <w:rsid w:val="00673993"/>
    <w:rsid w:val="00673F42"/>
    <w:rsid w:val="00674407"/>
    <w:rsid w:val="00674BC1"/>
    <w:rsid w:val="00674CD9"/>
    <w:rsid w:val="00674E9C"/>
    <w:rsid w:val="00674EAE"/>
    <w:rsid w:val="0067522C"/>
    <w:rsid w:val="006757F7"/>
    <w:rsid w:val="00675E5B"/>
    <w:rsid w:val="00675E9F"/>
    <w:rsid w:val="00675FDB"/>
    <w:rsid w:val="0067630C"/>
    <w:rsid w:val="006764A0"/>
    <w:rsid w:val="00677730"/>
    <w:rsid w:val="00677EB4"/>
    <w:rsid w:val="006800E7"/>
    <w:rsid w:val="0068035C"/>
    <w:rsid w:val="006805B1"/>
    <w:rsid w:val="006809F6"/>
    <w:rsid w:val="0068119B"/>
    <w:rsid w:val="00681610"/>
    <w:rsid w:val="006817E0"/>
    <w:rsid w:val="006820E8"/>
    <w:rsid w:val="00682578"/>
    <w:rsid w:val="00682693"/>
    <w:rsid w:val="00682861"/>
    <w:rsid w:val="00682A6D"/>
    <w:rsid w:val="00682F0A"/>
    <w:rsid w:val="0068368C"/>
    <w:rsid w:val="00683AF9"/>
    <w:rsid w:val="00684001"/>
    <w:rsid w:val="0068483F"/>
    <w:rsid w:val="00684A5D"/>
    <w:rsid w:val="00685238"/>
    <w:rsid w:val="00685AFA"/>
    <w:rsid w:val="00686763"/>
    <w:rsid w:val="006869BC"/>
    <w:rsid w:val="00686ACD"/>
    <w:rsid w:val="00686BC0"/>
    <w:rsid w:val="00686CE3"/>
    <w:rsid w:val="006873EF"/>
    <w:rsid w:val="0068750A"/>
    <w:rsid w:val="006877A1"/>
    <w:rsid w:val="006878CA"/>
    <w:rsid w:val="00687AB4"/>
    <w:rsid w:val="00687F60"/>
    <w:rsid w:val="00690227"/>
    <w:rsid w:val="00690535"/>
    <w:rsid w:val="00690E23"/>
    <w:rsid w:val="00691131"/>
    <w:rsid w:val="006911EE"/>
    <w:rsid w:val="006912AC"/>
    <w:rsid w:val="0069154F"/>
    <w:rsid w:val="0069179B"/>
    <w:rsid w:val="006917AF"/>
    <w:rsid w:val="00691F14"/>
    <w:rsid w:val="0069236B"/>
    <w:rsid w:val="006923A3"/>
    <w:rsid w:val="0069295C"/>
    <w:rsid w:val="006929E1"/>
    <w:rsid w:val="00692A02"/>
    <w:rsid w:val="006933DD"/>
    <w:rsid w:val="00693689"/>
    <w:rsid w:val="0069391A"/>
    <w:rsid w:val="00693F0E"/>
    <w:rsid w:val="00694DF6"/>
    <w:rsid w:val="00694E31"/>
    <w:rsid w:val="0069530F"/>
    <w:rsid w:val="00695850"/>
    <w:rsid w:val="00695CD1"/>
    <w:rsid w:val="006962CE"/>
    <w:rsid w:val="006969B0"/>
    <w:rsid w:val="00696C39"/>
    <w:rsid w:val="00697500"/>
    <w:rsid w:val="00697E89"/>
    <w:rsid w:val="006A089A"/>
    <w:rsid w:val="006A17F4"/>
    <w:rsid w:val="006A1B33"/>
    <w:rsid w:val="006A2161"/>
    <w:rsid w:val="006A2173"/>
    <w:rsid w:val="006A2646"/>
    <w:rsid w:val="006A29C1"/>
    <w:rsid w:val="006A2AF1"/>
    <w:rsid w:val="006A2D8E"/>
    <w:rsid w:val="006A317C"/>
    <w:rsid w:val="006A3375"/>
    <w:rsid w:val="006A3A3C"/>
    <w:rsid w:val="006A3AF5"/>
    <w:rsid w:val="006A4C59"/>
    <w:rsid w:val="006A5AD4"/>
    <w:rsid w:val="006A69B3"/>
    <w:rsid w:val="006A6DB3"/>
    <w:rsid w:val="006A724C"/>
    <w:rsid w:val="006A7536"/>
    <w:rsid w:val="006A7D1A"/>
    <w:rsid w:val="006A7DCD"/>
    <w:rsid w:val="006B00A9"/>
    <w:rsid w:val="006B0336"/>
    <w:rsid w:val="006B0FA8"/>
    <w:rsid w:val="006B1373"/>
    <w:rsid w:val="006B1CB3"/>
    <w:rsid w:val="006B1E7C"/>
    <w:rsid w:val="006B1F2A"/>
    <w:rsid w:val="006B27BA"/>
    <w:rsid w:val="006B27EC"/>
    <w:rsid w:val="006B2F17"/>
    <w:rsid w:val="006B2F94"/>
    <w:rsid w:val="006B2FC9"/>
    <w:rsid w:val="006B35D9"/>
    <w:rsid w:val="006B364B"/>
    <w:rsid w:val="006B3AEB"/>
    <w:rsid w:val="006B3F92"/>
    <w:rsid w:val="006B5165"/>
    <w:rsid w:val="006B5811"/>
    <w:rsid w:val="006B654B"/>
    <w:rsid w:val="006B6737"/>
    <w:rsid w:val="006B6CE5"/>
    <w:rsid w:val="006B6F9D"/>
    <w:rsid w:val="006B7244"/>
    <w:rsid w:val="006B75B2"/>
    <w:rsid w:val="006B7CB6"/>
    <w:rsid w:val="006C010C"/>
    <w:rsid w:val="006C0A56"/>
    <w:rsid w:val="006C0E17"/>
    <w:rsid w:val="006C1023"/>
    <w:rsid w:val="006C111E"/>
    <w:rsid w:val="006C23D6"/>
    <w:rsid w:val="006C2849"/>
    <w:rsid w:val="006C30B4"/>
    <w:rsid w:val="006C31A2"/>
    <w:rsid w:val="006C3350"/>
    <w:rsid w:val="006C33E7"/>
    <w:rsid w:val="006C3A02"/>
    <w:rsid w:val="006C3BF3"/>
    <w:rsid w:val="006C3EEB"/>
    <w:rsid w:val="006C3FE3"/>
    <w:rsid w:val="006C4895"/>
    <w:rsid w:val="006C4E91"/>
    <w:rsid w:val="006C5AE3"/>
    <w:rsid w:val="006C609B"/>
    <w:rsid w:val="006C6434"/>
    <w:rsid w:val="006C65C2"/>
    <w:rsid w:val="006C66BE"/>
    <w:rsid w:val="006C6D0B"/>
    <w:rsid w:val="006C6E30"/>
    <w:rsid w:val="006C7029"/>
    <w:rsid w:val="006C75DA"/>
    <w:rsid w:val="006C7B24"/>
    <w:rsid w:val="006D0556"/>
    <w:rsid w:val="006D0767"/>
    <w:rsid w:val="006D1D58"/>
    <w:rsid w:val="006D2074"/>
    <w:rsid w:val="006D2213"/>
    <w:rsid w:val="006D2AE1"/>
    <w:rsid w:val="006D3011"/>
    <w:rsid w:val="006D3076"/>
    <w:rsid w:val="006D30B3"/>
    <w:rsid w:val="006D3FA0"/>
    <w:rsid w:val="006D40C3"/>
    <w:rsid w:val="006D4705"/>
    <w:rsid w:val="006D47EB"/>
    <w:rsid w:val="006D4943"/>
    <w:rsid w:val="006D4A5A"/>
    <w:rsid w:val="006D5B12"/>
    <w:rsid w:val="006D6342"/>
    <w:rsid w:val="006D71DB"/>
    <w:rsid w:val="006D753A"/>
    <w:rsid w:val="006D78B1"/>
    <w:rsid w:val="006D78F2"/>
    <w:rsid w:val="006D7D21"/>
    <w:rsid w:val="006E0431"/>
    <w:rsid w:val="006E0D1D"/>
    <w:rsid w:val="006E0DFD"/>
    <w:rsid w:val="006E1405"/>
    <w:rsid w:val="006E19BC"/>
    <w:rsid w:val="006E1F48"/>
    <w:rsid w:val="006E24A8"/>
    <w:rsid w:val="006E277C"/>
    <w:rsid w:val="006E2B1C"/>
    <w:rsid w:val="006E3133"/>
    <w:rsid w:val="006E359F"/>
    <w:rsid w:val="006E3F51"/>
    <w:rsid w:val="006E4000"/>
    <w:rsid w:val="006E4511"/>
    <w:rsid w:val="006E49E7"/>
    <w:rsid w:val="006E4B37"/>
    <w:rsid w:val="006E50D4"/>
    <w:rsid w:val="006E5494"/>
    <w:rsid w:val="006E5570"/>
    <w:rsid w:val="006E565F"/>
    <w:rsid w:val="006E5776"/>
    <w:rsid w:val="006E5875"/>
    <w:rsid w:val="006E6583"/>
    <w:rsid w:val="006E663E"/>
    <w:rsid w:val="006E6A88"/>
    <w:rsid w:val="006E74E2"/>
    <w:rsid w:val="006F0265"/>
    <w:rsid w:val="006F08D8"/>
    <w:rsid w:val="006F1108"/>
    <w:rsid w:val="006F124E"/>
    <w:rsid w:val="006F12C7"/>
    <w:rsid w:val="006F17D8"/>
    <w:rsid w:val="006F1829"/>
    <w:rsid w:val="006F198B"/>
    <w:rsid w:val="006F1D68"/>
    <w:rsid w:val="006F420B"/>
    <w:rsid w:val="006F42A2"/>
    <w:rsid w:val="006F4391"/>
    <w:rsid w:val="006F4E99"/>
    <w:rsid w:val="006F575C"/>
    <w:rsid w:val="006F5E0E"/>
    <w:rsid w:val="006F5FF1"/>
    <w:rsid w:val="006F6B8A"/>
    <w:rsid w:val="006F6E8D"/>
    <w:rsid w:val="006F70D5"/>
    <w:rsid w:val="006F78EC"/>
    <w:rsid w:val="00700236"/>
    <w:rsid w:val="00700419"/>
    <w:rsid w:val="0070127C"/>
    <w:rsid w:val="007012AF"/>
    <w:rsid w:val="007016EE"/>
    <w:rsid w:val="00701D71"/>
    <w:rsid w:val="0070226A"/>
    <w:rsid w:val="0070284F"/>
    <w:rsid w:val="00703122"/>
    <w:rsid w:val="007032E8"/>
    <w:rsid w:val="00703411"/>
    <w:rsid w:val="00703A7D"/>
    <w:rsid w:val="00703F8C"/>
    <w:rsid w:val="00703FD0"/>
    <w:rsid w:val="0070416F"/>
    <w:rsid w:val="00704326"/>
    <w:rsid w:val="00704560"/>
    <w:rsid w:val="007046B2"/>
    <w:rsid w:val="0070470E"/>
    <w:rsid w:val="00704957"/>
    <w:rsid w:val="00704A06"/>
    <w:rsid w:val="0070539E"/>
    <w:rsid w:val="00705E3D"/>
    <w:rsid w:val="00705EDF"/>
    <w:rsid w:val="00706217"/>
    <w:rsid w:val="00707292"/>
    <w:rsid w:val="0070730D"/>
    <w:rsid w:val="00707396"/>
    <w:rsid w:val="0070749C"/>
    <w:rsid w:val="0070751C"/>
    <w:rsid w:val="00707B8F"/>
    <w:rsid w:val="00707D27"/>
    <w:rsid w:val="00710065"/>
    <w:rsid w:val="007102A1"/>
    <w:rsid w:val="00710400"/>
    <w:rsid w:val="00710A78"/>
    <w:rsid w:val="00711405"/>
    <w:rsid w:val="007114A4"/>
    <w:rsid w:val="00711A68"/>
    <w:rsid w:val="007122D4"/>
    <w:rsid w:val="007122F9"/>
    <w:rsid w:val="007127DF"/>
    <w:rsid w:val="0071296B"/>
    <w:rsid w:val="007132F2"/>
    <w:rsid w:val="00713E84"/>
    <w:rsid w:val="00714638"/>
    <w:rsid w:val="007148E3"/>
    <w:rsid w:val="007149AF"/>
    <w:rsid w:val="00714A0E"/>
    <w:rsid w:val="00714A4C"/>
    <w:rsid w:val="00714DE2"/>
    <w:rsid w:val="0071506E"/>
    <w:rsid w:val="0071626B"/>
    <w:rsid w:val="007163D8"/>
    <w:rsid w:val="00716477"/>
    <w:rsid w:val="00716EBE"/>
    <w:rsid w:val="007173B6"/>
    <w:rsid w:val="00717525"/>
    <w:rsid w:val="007177D3"/>
    <w:rsid w:val="00717B60"/>
    <w:rsid w:val="0072000C"/>
    <w:rsid w:val="007202CA"/>
    <w:rsid w:val="00720D60"/>
    <w:rsid w:val="0072130F"/>
    <w:rsid w:val="00721899"/>
    <w:rsid w:val="00721A31"/>
    <w:rsid w:val="00721D18"/>
    <w:rsid w:val="00722643"/>
    <w:rsid w:val="00723585"/>
    <w:rsid w:val="00723618"/>
    <w:rsid w:val="00723C50"/>
    <w:rsid w:val="007241C8"/>
    <w:rsid w:val="00725696"/>
    <w:rsid w:val="0072611A"/>
    <w:rsid w:val="007265BF"/>
    <w:rsid w:val="00726FBF"/>
    <w:rsid w:val="00727460"/>
    <w:rsid w:val="00727834"/>
    <w:rsid w:val="00730290"/>
    <w:rsid w:val="0073065F"/>
    <w:rsid w:val="00730721"/>
    <w:rsid w:val="00730CFF"/>
    <w:rsid w:val="00731ED5"/>
    <w:rsid w:val="00731F01"/>
    <w:rsid w:val="007330CB"/>
    <w:rsid w:val="007339BE"/>
    <w:rsid w:val="00733DA9"/>
    <w:rsid w:val="0073454A"/>
    <w:rsid w:val="00734852"/>
    <w:rsid w:val="00734BE1"/>
    <w:rsid w:val="00734ED6"/>
    <w:rsid w:val="00734FB2"/>
    <w:rsid w:val="007358D0"/>
    <w:rsid w:val="00735E3B"/>
    <w:rsid w:val="00735F98"/>
    <w:rsid w:val="00736342"/>
    <w:rsid w:val="0073670E"/>
    <w:rsid w:val="007367C2"/>
    <w:rsid w:val="00736ADE"/>
    <w:rsid w:val="00737D36"/>
    <w:rsid w:val="00737E95"/>
    <w:rsid w:val="00740A40"/>
    <w:rsid w:val="00740A72"/>
    <w:rsid w:val="007413EF"/>
    <w:rsid w:val="00741B87"/>
    <w:rsid w:val="00741C54"/>
    <w:rsid w:val="00741D52"/>
    <w:rsid w:val="00741E07"/>
    <w:rsid w:val="007422CB"/>
    <w:rsid w:val="00742820"/>
    <w:rsid w:val="00743053"/>
    <w:rsid w:val="00743813"/>
    <w:rsid w:val="00743920"/>
    <w:rsid w:val="00743AA1"/>
    <w:rsid w:val="00743AC6"/>
    <w:rsid w:val="0074464C"/>
    <w:rsid w:val="007446EB"/>
    <w:rsid w:val="00744EC8"/>
    <w:rsid w:val="007451D8"/>
    <w:rsid w:val="0074552B"/>
    <w:rsid w:val="007456CA"/>
    <w:rsid w:val="00745B6A"/>
    <w:rsid w:val="00745F86"/>
    <w:rsid w:val="0074621A"/>
    <w:rsid w:val="00746ED3"/>
    <w:rsid w:val="0074731A"/>
    <w:rsid w:val="007478E5"/>
    <w:rsid w:val="00747996"/>
    <w:rsid w:val="00747A76"/>
    <w:rsid w:val="007500F7"/>
    <w:rsid w:val="007508B2"/>
    <w:rsid w:val="007508B4"/>
    <w:rsid w:val="00750B11"/>
    <w:rsid w:val="00751161"/>
    <w:rsid w:val="007511AB"/>
    <w:rsid w:val="00751C76"/>
    <w:rsid w:val="00751EEB"/>
    <w:rsid w:val="00751F19"/>
    <w:rsid w:val="0075271B"/>
    <w:rsid w:val="007534CD"/>
    <w:rsid w:val="007538E1"/>
    <w:rsid w:val="00753ACA"/>
    <w:rsid w:val="00753C6A"/>
    <w:rsid w:val="00753D6B"/>
    <w:rsid w:val="0075519D"/>
    <w:rsid w:val="00755365"/>
    <w:rsid w:val="00755624"/>
    <w:rsid w:val="00755ACA"/>
    <w:rsid w:val="00755E3A"/>
    <w:rsid w:val="00756531"/>
    <w:rsid w:val="0075701A"/>
    <w:rsid w:val="00757C3A"/>
    <w:rsid w:val="00757FC4"/>
    <w:rsid w:val="0076090F"/>
    <w:rsid w:val="00760CA9"/>
    <w:rsid w:val="00761150"/>
    <w:rsid w:val="007614B9"/>
    <w:rsid w:val="00761EE7"/>
    <w:rsid w:val="007621B5"/>
    <w:rsid w:val="00762697"/>
    <w:rsid w:val="00762DA2"/>
    <w:rsid w:val="0076313E"/>
    <w:rsid w:val="0076358C"/>
    <w:rsid w:val="0076499E"/>
    <w:rsid w:val="00764F91"/>
    <w:rsid w:val="00764FC6"/>
    <w:rsid w:val="007651F0"/>
    <w:rsid w:val="00765517"/>
    <w:rsid w:val="007660E5"/>
    <w:rsid w:val="00766606"/>
    <w:rsid w:val="00766898"/>
    <w:rsid w:val="00767220"/>
    <w:rsid w:val="00767504"/>
    <w:rsid w:val="0076767A"/>
    <w:rsid w:val="00767AE2"/>
    <w:rsid w:val="00770AF3"/>
    <w:rsid w:val="00770E20"/>
    <w:rsid w:val="007713D6"/>
    <w:rsid w:val="00771761"/>
    <w:rsid w:val="00772775"/>
    <w:rsid w:val="0077294E"/>
    <w:rsid w:val="00772A06"/>
    <w:rsid w:val="00772E5C"/>
    <w:rsid w:val="00772FBD"/>
    <w:rsid w:val="0077372C"/>
    <w:rsid w:val="00773ACE"/>
    <w:rsid w:val="00773B78"/>
    <w:rsid w:val="0077433B"/>
    <w:rsid w:val="00774550"/>
    <w:rsid w:val="0077496C"/>
    <w:rsid w:val="0077501E"/>
    <w:rsid w:val="007756D9"/>
    <w:rsid w:val="00775E7A"/>
    <w:rsid w:val="00776BC5"/>
    <w:rsid w:val="00776D0D"/>
    <w:rsid w:val="00776F50"/>
    <w:rsid w:val="007772A8"/>
    <w:rsid w:val="0078082D"/>
    <w:rsid w:val="00780867"/>
    <w:rsid w:val="00780C6F"/>
    <w:rsid w:val="00781F2A"/>
    <w:rsid w:val="007825C7"/>
    <w:rsid w:val="00782CB2"/>
    <w:rsid w:val="00782EFE"/>
    <w:rsid w:val="00783B0B"/>
    <w:rsid w:val="00785051"/>
    <w:rsid w:val="00785413"/>
    <w:rsid w:val="00785624"/>
    <w:rsid w:val="00785717"/>
    <w:rsid w:val="007858CC"/>
    <w:rsid w:val="00785FD9"/>
    <w:rsid w:val="0078629D"/>
    <w:rsid w:val="007863E5"/>
    <w:rsid w:val="00786535"/>
    <w:rsid w:val="007866A8"/>
    <w:rsid w:val="0078696A"/>
    <w:rsid w:val="00786EB0"/>
    <w:rsid w:val="007876A8"/>
    <w:rsid w:val="0078779B"/>
    <w:rsid w:val="00787949"/>
    <w:rsid w:val="0079004A"/>
    <w:rsid w:val="00790677"/>
    <w:rsid w:val="00790982"/>
    <w:rsid w:val="00790EDC"/>
    <w:rsid w:val="007915DC"/>
    <w:rsid w:val="0079259B"/>
    <w:rsid w:val="007925BF"/>
    <w:rsid w:val="007926DF"/>
    <w:rsid w:val="00792DCB"/>
    <w:rsid w:val="007950F7"/>
    <w:rsid w:val="00795479"/>
    <w:rsid w:val="00795709"/>
    <w:rsid w:val="0079576E"/>
    <w:rsid w:val="00795AB0"/>
    <w:rsid w:val="007964AB"/>
    <w:rsid w:val="00796629"/>
    <w:rsid w:val="0079667F"/>
    <w:rsid w:val="0079703C"/>
    <w:rsid w:val="00797348"/>
    <w:rsid w:val="0079742B"/>
    <w:rsid w:val="00797B36"/>
    <w:rsid w:val="007A0286"/>
    <w:rsid w:val="007A055E"/>
    <w:rsid w:val="007A0769"/>
    <w:rsid w:val="007A0BAF"/>
    <w:rsid w:val="007A1398"/>
    <w:rsid w:val="007A191C"/>
    <w:rsid w:val="007A1E27"/>
    <w:rsid w:val="007A259C"/>
    <w:rsid w:val="007A2D57"/>
    <w:rsid w:val="007A2F7A"/>
    <w:rsid w:val="007A3100"/>
    <w:rsid w:val="007A3179"/>
    <w:rsid w:val="007A3951"/>
    <w:rsid w:val="007A3E0D"/>
    <w:rsid w:val="007A3EA3"/>
    <w:rsid w:val="007A43ED"/>
    <w:rsid w:val="007A4CBB"/>
    <w:rsid w:val="007A552E"/>
    <w:rsid w:val="007A562A"/>
    <w:rsid w:val="007A5B81"/>
    <w:rsid w:val="007A5C4B"/>
    <w:rsid w:val="007A68E4"/>
    <w:rsid w:val="007A69EE"/>
    <w:rsid w:val="007A7023"/>
    <w:rsid w:val="007A75FA"/>
    <w:rsid w:val="007A7C5D"/>
    <w:rsid w:val="007A7EBE"/>
    <w:rsid w:val="007B0339"/>
    <w:rsid w:val="007B066D"/>
    <w:rsid w:val="007B0A9C"/>
    <w:rsid w:val="007B0B8F"/>
    <w:rsid w:val="007B11B0"/>
    <w:rsid w:val="007B1F1D"/>
    <w:rsid w:val="007B215D"/>
    <w:rsid w:val="007B218C"/>
    <w:rsid w:val="007B229E"/>
    <w:rsid w:val="007B2A05"/>
    <w:rsid w:val="007B31F4"/>
    <w:rsid w:val="007B3639"/>
    <w:rsid w:val="007B363F"/>
    <w:rsid w:val="007B3844"/>
    <w:rsid w:val="007B386D"/>
    <w:rsid w:val="007B3E45"/>
    <w:rsid w:val="007B4313"/>
    <w:rsid w:val="007B4B96"/>
    <w:rsid w:val="007B4D16"/>
    <w:rsid w:val="007B4E88"/>
    <w:rsid w:val="007B5577"/>
    <w:rsid w:val="007B599A"/>
    <w:rsid w:val="007B5B6B"/>
    <w:rsid w:val="007B5D98"/>
    <w:rsid w:val="007B5FD4"/>
    <w:rsid w:val="007B63FD"/>
    <w:rsid w:val="007B659C"/>
    <w:rsid w:val="007B66E6"/>
    <w:rsid w:val="007B69C8"/>
    <w:rsid w:val="007B758E"/>
    <w:rsid w:val="007B7BB4"/>
    <w:rsid w:val="007B7DCF"/>
    <w:rsid w:val="007C0219"/>
    <w:rsid w:val="007C0BFE"/>
    <w:rsid w:val="007C0C55"/>
    <w:rsid w:val="007C0F9B"/>
    <w:rsid w:val="007C150B"/>
    <w:rsid w:val="007C190F"/>
    <w:rsid w:val="007C23BF"/>
    <w:rsid w:val="007C26E2"/>
    <w:rsid w:val="007C27CC"/>
    <w:rsid w:val="007C2ABE"/>
    <w:rsid w:val="007C2CFE"/>
    <w:rsid w:val="007C2FA2"/>
    <w:rsid w:val="007C3045"/>
    <w:rsid w:val="007C31B0"/>
    <w:rsid w:val="007C34EA"/>
    <w:rsid w:val="007C3706"/>
    <w:rsid w:val="007C3938"/>
    <w:rsid w:val="007C3DA3"/>
    <w:rsid w:val="007C41D2"/>
    <w:rsid w:val="007C43E1"/>
    <w:rsid w:val="007C440D"/>
    <w:rsid w:val="007C5181"/>
    <w:rsid w:val="007C5853"/>
    <w:rsid w:val="007C5887"/>
    <w:rsid w:val="007C5B67"/>
    <w:rsid w:val="007C5BCE"/>
    <w:rsid w:val="007C60F4"/>
    <w:rsid w:val="007C636A"/>
    <w:rsid w:val="007C66D4"/>
    <w:rsid w:val="007C6765"/>
    <w:rsid w:val="007C6E3D"/>
    <w:rsid w:val="007C7731"/>
    <w:rsid w:val="007C77D9"/>
    <w:rsid w:val="007C79FB"/>
    <w:rsid w:val="007C7CE1"/>
    <w:rsid w:val="007D01FC"/>
    <w:rsid w:val="007D03B4"/>
    <w:rsid w:val="007D0516"/>
    <w:rsid w:val="007D0ABE"/>
    <w:rsid w:val="007D1002"/>
    <w:rsid w:val="007D117D"/>
    <w:rsid w:val="007D12B5"/>
    <w:rsid w:val="007D1A4E"/>
    <w:rsid w:val="007D1C21"/>
    <w:rsid w:val="007D1C55"/>
    <w:rsid w:val="007D1C7B"/>
    <w:rsid w:val="007D1DE3"/>
    <w:rsid w:val="007D1FDB"/>
    <w:rsid w:val="007D2003"/>
    <w:rsid w:val="007D2AF4"/>
    <w:rsid w:val="007D2D02"/>
    <w:rsid w:val="007D2D11"/>
    <w:rsid w:val="007D2EAA"/>
    <w:rsid w:val="007D2FF2"/>
    <w:rsid w:val="007D3471"/>
    <w:rsid w:val="007D37CA"/>
    <w:rsid w:val="007D380C"/>
    <w:rsid w:val="007D3C33"/>
    <w:rsid w:val="007D5098"/>
    <w:rsid w:val="007D53CE"/>
    <w:rsid w:val="007D5D9B"/>
    <w:rsid w:val="007D5EE3"/>
    <w:rsid w:val="007D6B53"/>
    <w:rsid w:val="007D6D65"/>
    <w:rsid w:val="007D6EA9"/>
    <w:rsid w:val="007D78A9"/>
    <w:rsid w:val="007D78BE"/>
    <w:rsid w:val="007D79E5"/>
    <w:rsid w:val="007D7BD2"/>
    <w:rsid w:val="007E0622"/>
    <w:rsid w:val="007E07B2"/>
    <w:rsid w:val="007E0929"/>
    <w:rsid w:val="007E097C"/>
    <w:rsid w:val="007E0B15"/>
    <w:rsid w:val="007E111B"/>
    <w:rsid w:val="007E11E0"/>
    <w:rsid w:val="007E126B"/>
    <w:rsid w:val="007E1ECE"/>
    <w:rsid w:val="007E2489"/>
    <w:rsid w:val="007E27B4"/>
    <w:rsid w:val="007E320E"/>
    <w:rsid w:val="007E38CE"/>
    <w:rsid w:val="007E4B4B"/>
    <w:rsid w:val="007E561B"/>
    <w:rsid w:val="007E56FF"/>
    <w:rsid w:val="007E5CDC"/>
    <w:rsid w:val="007E5D49"/>
    <w:rsid w:val="007E602E"/>
    <w:rsid w:val="007E614F"/>
    <w:rsid w:val="007E6712"/>
    <w:rsid w:val="007E6BCF"/>
    <w:rsid w:val="007E719D"/>
    <w:rsid w:val="007E72B4"/>
    <w:rsid w:val="007E7390"/>
    <w:rsid w:val="007E74CC"/>
    <w:rsid w:val="007E763B"/>
    <w:rsid w:val="007F0440"/>
    <w:rsid w:val="007F0E9F"/>
    <w:rsid w:val="007F0EC3"/>
    <w:rsid w:val="007F2115"/>
    <w:rsid w:val="007F2348"/>
    <w:rsid w:val="007F2B3B"/>
    <w:rsid w:val="007F3011"/>
    <w:rsid w:val="007F33D2"/>
    <w:rsid w:val="007F4265"/>
    <w:rsid w:val="007F429E"/>
    <w:rsid w:val="007F4A14"/>
    <w:rsid w:val="007F5925"/>
    <w:rsid w:val="007F5F3D"/>
    <w:rsid w:val="007F6166"/>
    <w:rsid w:val="007F6454"/>
    <w:rsid w:val="007F7073"/>
    <w:rsid w:val="007F7717"/>
    <w:rsid w:val="007F776D"/>
    <w:rsid w:val="007F7ABC"/>
    <w:rsid w:val="00800059"/>
    <w:rsid w:val="00800F5F"/>
    <w:rsid w:val="00802410"/>
    <w:rsid w:val="00802469"/>
    <w:rsid w:val="00802577"/>
    <w:rsid w:val="00802E20"/>
    <w:rsid w:val="00803C05"/>
    <w:rsid w:val="00804811"/>
    <w:rsid w:val="00804CBF"/>
    <w:rsid w:val="00804CC5"/>
    <w:rsid w:val="00805263"/>
    <w:rsid w:val="008058F8"/>
    <w:rsid w:val="0080590B"/>
    <w:rsid w:val="00805B65"/>
    <w:rsid w:val="00805D68"/>
    <w:rsid w:val="00806C3A"/>
    <w:rsid w:val="00807532"/>
    <w:rsid w:val="00807552"/>
    <w:rsid w:val="008103DF"/>
    <w:rsid w:val="0081041D"/>
    <w:rsid w:val="00812356"/>
    <w:rsid w:val="008136E7"/>
    <w:rsid w:val="00813B47"/>
    <w:rsid w:val="00813D94"/>
    <w:rsid w:val="008143F5"/>
    <w:rsid w:val="00814618"/>
    <w:rsid w:val="00814A74"/>
    <w:rsid w:val="00814BEB"/>
    <w:rsid w:val="00815134"/>
    <w:rsid w:val="0081555A"/>
    <w:rsid w:val="008156E1"/>
    <w:rsid w:val="008159D8"/>
    <w:rsid w:val="008162C8"/>
    <w:rsid w:val="0081692D"/>
    <w:rsid w:val="00816D1A"/>
    <w:rsid w:val="0081715B"/>
    <w:rsid w:val="00820806"/>
    <w:rsid w:val="00820E56"/>
    <w:rsid w:val="00820F74"/>
    <w:rsid w:val="008219BC"/>
    <w:rsid w:val="00823245"/>
    <w:rsid w:val="00823856"/>
    <w:rsid w:val="0082399A"/>
    <w:rsid w:val="008239F7"/>
    <w:rsid w:val="00823EE5"/>
    <w:rsid w:val="00824851"/>
    <w:rsid w:val="00824C51"/>
    <w:rsid w:val="00825A71"/>
    <w:rsid w:val="00825A93"/>
    <w:rsid w:val="0082632E"/>
    <w:rsid w:val="00826AF8"/>
    <w:rsid w:val="008275CA"/>
    <w:rsid w:val="00827943"/>
    <w:rsid w:val="00827A99"/>
    <w:rsid w:val="0083010C"/>
    <w:rsid w:val="00830340"/>
    <w:rsid w:val="0083041B"/>
    <w:rsid w:val="00830813"/>
    <w:rsid w:val="00830B08"/>
    <w:rsid w:val="00830D6E"/>
    <w:rsid w:val="00831B1C"/>
    <w:rsid w:val="008321D0"/>
    <w:rsid w:val="0083293C"/>
    <w:rsid w:val="00832C1A"/>
    <w:rsid w:val="008331CE"/>
    <w:rsid w:val="008334BA"/>
    <w:rsid w:val="008337CA"/>
    <w:rsid w:val="00833AE6"/>
    <w:rsid w:val="00833C6B"/>
    <w:rsid w:val="008344D9"/>
    <w:rsid w:val="00834558"/>
    <w:rsid w:val="008349B7"/>
    <w:rsid w:val="00834D6B"/>
    <w:rsid w:val="00835043"/>
    <w:rsid w:val="00835320"/>
    <w:rsid w:val="00835872"/>
    <w:rsid w:val="0083675E"/>
    <w:rsid w:val="00836CFD"/>
    <w:rsid w:val="0083764F"/>
    <w:rsid w:val="008377BF"/>
    <w:rsid w:val="00837E85"/>
    <w:rsid w:val="008403B5"/>
    <w:rsid w:val="008406EF"/>
    <w:rsid w:val="0084255F"/>
    <w:rsid w:val="00842980"/>
    <w:rsid w:val="00843129"/>
    <w:rsid w:val="00843988"/>
    <w:rsid w:val="008439C5"/>
    <w:rsid w:val="00843ECB"/>
    <w:rsid w:val="00844126"/>
    <w:rsid w:val="008443C5"/>
    <w:rsid w:val="008445AE"/>
    <w:rsid w:val="00844604"/>
    <w:rsid w:val="00844BEE"/>
    <w:rsid w:val="00845237"/>
    <w:rsid w:val="0084543C"/>
    <w:rsid w:val="00846155"/>
    <w:rsid w:val="0084687F"/>
    <w:rsid w:val="008468D3"/>
    <w:rsid w:val="0084690A"/>
    <w:rsid w:val="00846B0F"/>
    <w:rsid w:val="00846C35"/>
    <w:rsid w:val="00846CD6"/>
    <w:rsid w:val="00846F95"/>
    <w:rsid w:val="00847C76"/>
    <w:rsid w:val="0085031F"/>
    <w:rsid w:val="00850C1C"/>
    <w:rsid w:val="0085110D"/>
    <w:rsid w:val="008519C5"/>
    <w:rsid w:val="00851B2C"/>
    <w:rsid w:val="00852141"/>
    <w:rsid w:val="00852AC0"/>
    <w:rsid w:val="00853371"/>
    <w:rsid w:val="00854003"/>
    <w:rsid w:val="008542C7"/>
    <w:rsid w:val="008547F9"/>
    <w:rsid w:val="00855308"/>
    <w:rsid w:val="008558E2"/>
    <w:rsid w:val="00855B1C"/>
    <w:rsid w:val="00855B81"/>
    <w:rsid w:val="008565D8"/>
    <w:rsid w:val="0085671F"/>
    <w:rsid w:val="00856B38"/>
    <w:rsid w:val="00856E97"/>
    <w:rsid w:val="008579D2"/>
    <w:rsid w:val="00857F66"/>
    <w:rsid w:val="00857F74"/>
    <w:rsid w:val="00860146"/>
    <w:rsid w:val="00861D73"/>
    <w:rsid w:val="008621B7"/>
    <w:rsid w:val="00862272"/>
    <w:rsid w:val="008636C0"/>
    <w:rsid w:val="00863776"/>
    <w:rsid w:val="0086399A"/>
    <w:rsid w:val="00863BAE"/>
    <w:rsid w:val="00863F5F"/>
    <w:rsid w:val="00864108"/>
    <w:rsid w:val="008641A8"/>
    <w:rsid w:val="008645B9"/>
    <w:rsid w:val="00864CC1"/>
    <w:rsid w:val="00864E0F"/>
    <w:rsid w:val="00865654"/>
    <w:rsid w:val="00865B15"/>
    <w:rsid w:val="008667B8"/>
    <w:rsid w:val="00866AE5"/>
    <w:rsid w:val="00866BAC"/>
    <w:rsid w:val="0086705D"/>
    <w:rsid w:val="008670D4"/>
    <w:rsid w:val="00867E0B"/>
    <w:rsid w:val="00867F14"/>
    <w:rsid w:val="008700D4"/>
    <w:rsid w:val="008705EC"/>
    <w:rsid w:val="00870C36"/>
    <w:rsid w:val="00871B41"/>
    <w:rsid w:val="00871E3B"/>
    <w:rsid w:val="008721EE"/>
    <w:rsid w:val="00872485"/>
    <w:rsid w:val="008724B0"/>
    <w:rsid w:val="00872E98"/>
    <w:rsid w:val="00872EAD"/>
    <w:rsid w:val="00872F24"/>
    <w:rsid w:val="00873278"/>
    <w:rsid w:val="008735BE"/>
    <w:rsid w:val="0087389D"/>
    <w:rsid w:val="00873FBE"/>
    <w:rsid w:val="008740EF"/>
    <w:rsid w:val="00874758"/>
    <w:rsid w:val="00874CF6"/>
    <w:rsid w:val="00874DF4"/>
    <w:rsid w:val="00875187"/>
    <w:rsid w:val="00875519"/>
    <w:rsid w:val="00875EFF"/>
    <w:rsid w:val="008760AB"/>
    <w:rsid w:val="008765E5"/>
    <w:rsid w:val="0087684B"/>
    <w:rsid w:val="00876AC3"/>
    <w:rsid w:val="008771AF"/>
    <w:rsid w:val="0087778C"/>
    <w:rsid w:val="00877B40"/>
    <w:rsid w:val="00877BA9"/>
    <w:rsid w:val="00880312"/>
    <w:rsid w:val="0088065D"/>
    <w:rsid w:val="00880713"/>
    <w:rsid w:val="00880F65"/>
    <w:rsid w:val="008810A7"/>
    <w:rsid w:val="008812B2"/>
    <w:rsid w:val="0088188B"/>
    <w:rsid w:val="00881B5E"/>
    <w:rsid w:val="00881C69"/>
    <w:rsid w:val="00881DDC"/>
    <w:rsid w:val="00881F99"/>
    <w:rsid w:val="00882153"/>
    <w:rsid w:val="0088264A"/>
    <w:rsid w:val="00882DFA"/>
    <w:rsid w:val="00883276"/>
    <w:rsid w:val="00883484"/>
    <w:rsid w:val="00883985"/>
    <w:rsid w:val="00883E19"/>
    <w:rsid w:val="0088402A"/>
    <w:rsid w:val="008844C9"/>
    <w:rsid w:val="0088471A"/>
    <w:rsid w:val="00885908"/>
    <w:rsid w:val="00885974"/>
    <w:rsid w:val="00886493"/>
    <w:rsid w:val="008864B5"/>
    <w:rsid w:val="008867B8"/>
    <w:rsid w:val="00886C28"/>
    <w:rsid w:val="00887221"/>
    <w:rsid w:val="00887288"/>
    <w:rsid w:val="00887324"/>
    <w:rsid w:val="00887F55"/>
    <w:rsid w:val="008904D4"/>
    <w:rsid w:val="00890C02"/>
    <w:rsid w:val="0089140D"/>
    <w:rsid w:val="00891554"/>
    <w:rsid w:val="00891647"/>
    <w:rsid w:val="008917B1"/>
    <w:rsid w:val="008917E5"/>
    <w:rsid w:val="00891B85"/>
    <w:rsid w:val="00891D35"/>
    <w:rsid w:val="0089210A"/>
    <w:rsid w:val="00892C54"/>
    <w:rsid w:val="008932E5"/>
    <w:rsid w:val="0089381C"/>
    <w:rsid w:val="00893DDE"/>
    <w:rsid w:val="00893E2D"/>
    <w:rsid w:val="00894149"/>
    <w:rsid w:val="008953DE"/>
    <w:rsid w:val="00895A4E"/>
    <w:rsid w:val="008A0CE8"/>
    <w:rsid w:val="008A10B5"/>
    <w:rsid w:val="008A1694"/>
    <w:rsid w:val="008A1722"/>
    <w:rsid w:val="008A188E"/>
    <w:rsid w:val="008A1E7B"/>
    <w:rsid w:val="008A1F9F"/>
    <w:rsid w:val="008A2071"/>
    <w:rsid w:val="008A218B"/>
    <w:rsid w:val="008A2622"/>
    <w:rsid w:val="008A3255"/>
    <w:rsid w:val="008A3402"/>
    <w:rsid w:val="008A45AA"/>
    <w:rsid w:val="008A5502"/>
    <w:rsid w:val="008A6D22"/>
    <w:rsid w:val="008A6D2F"/>
    <w:rsid w:val="008A6F25"/>
    <w:rsid w:val="008A724C"/>
    <w:rsid w:val="008A725E"/>
    <w:rsid w:val="008B017C"/>
    <w:rsid w:val="008B05E2"/>
    <w:rsid w:val="008B07B7"/>
    <w:rsid w:val="008B08CF"/>
    <w:rsid w:val="008B120F"/>
    <w:rsid w:val="008B1351"/>
    <w:rsid w:val="008B152E"/>
    <w:rsid w:val="008B1B62"/>
    <w:rsid w:val="008B1C34"/>
    <w:rsid w:val="008B2266"/>
    <w:rsid w:val="008B2558"/>
    <w:rsid w:val="008B2592"/>
    <w:rsid w:val="008B2CAF"/>
    <w:rsid w:val="008B2DD6"/>
    <w:rsid w:val="008B32E4"/>
    <w:rsid w:val="008B4AFD"/>
    <w:rsid w:val="008B4BC5"/>
    <w:rsid w:val="008B5057"/>
    <w:rsid w:val="008B5275"/>
    <w:rsid w:val="008B5896"/>
    <w:rsid w:val="008B64A0"/>
    <w:rsid w:val="008B700B"/>
    <w:rsid w:val="008B7BC4"/>
    <w:rsid w:val="008C035C"/>
    <w:rsid w:val="008C09BB"/>
    <w:rsid w:val="008C0CF8"/>
    <w:rsid w:val="008C1688"/>
    <w:rsid w:val="008C22D7"/>
    <w:rsid w:val="008C2442"/>
    <w:rsid w:val="008C2457"/>
    <w:rsid w:val="008C28CA"/>
    <w:rsid w:val="008C2DF8"/>
    <w:rsid w:val="008C2E1C"/>
    <w:rsid w:val="008C2E3D"/>
    <w:rsid w:val="008C33C7"/>
    <w:rsid w:val="008C3B7E"/>
    <w:rsid w:val="008C3BB8"/>
    <w:rsid w:val="008C3E42"/>
    <w:rsid w:val="008C41E4"/>
    <w:rsid w:val="008C4DD7"/>
    <w:rsid w:val="008C4F3B"/>
    <w:rsid w:val="008C51DF"/>
    <w:rsid w:val="008C59FA"/>
    <w:rsid w:val="008C60C5"/>
    <w:rsid w:val="008C60F2"/>
    <w:rsid w:val="008C610E"/>
    <w:rsid w:val="008C6A5C"/>
    <w:rsid w:val="008C7078"/>
    <w:rsid w:val="008C79E5"/>
    <w:rsid w:val="008D0125"/>
    <w:rsid w:val="008D058A"/>
    <w:rsid w:val="008D0A85"/>
    <w:rsid w:val="008D13B2"/>
    <w:rsid w:val="008D1ADB"/>
    <w:rsid w:val="008D1D79"/>
    <w:rsid w:val="008D1E7C"/>
    <w:rsid w:val="008D1F7D"/>
    <w:rsid w:val="008D22E1"/>
    <w:rsid w:val="008D261D"/>
    <w:rsid w:val="008D26B9"/>
    <w:rsid w:val="008D298F"/>
    <w:rsid w:val="008D3078"/>
    <w:rsid w:val="008D3082"/>
    <w:rsid w:val="008D33C2"/>
    <w:rsid w:val="008D360E"/>
    <w:rsid w:val="008D3649"/>
    <w:rsid w:val="008D3EDA"/>
    <w:rsid w:val="008D3F32"/>
    <w:rsid w:val="008D4A93"/>
    <w:rsid w:val="008D4E28"/>
    <w:rsid w:val="008D5128"/>
    <w:rsid w:val="008D51EE"/>
    <w:rsid w:val="008D5689"/>
    <w:rsid w:val="008D582A"/>
    <w:rsid w:val="008D5882"/>
    <w:rsid w:val="008D5B1F"/>
    <w:rsid w:val="008D6280"/>
    <w:rsid w:val="008D683F"/>
    <w:rsid w:val="008D6919"/>
    <w:rsid w:val="008D6BF3"/>
    <w:rsid w:val="008D6C20"/>
    <w:rsid w:val="008D6F83"/>
    <w:rsid w:val="008D6FD5"/>
    <w:rsid w:val="008D71B2"/>
    <w:rsid w:val="008D73FF"/>
    <w:rsid w:val="008D7725"/>
    <w:rsid w:val="008D7B33"/>
    <w:rsid w:val="008E09E1"/>
    <w:rsid w:val="008E0D2C"/>
    <w:rsid w:val="008E0E86"/>
    <w:rsid w:val="008E1497"/>
    <w:rsid w:val="008E1520"/>
    <w:rsid w:val="008E1E9A"/>
    <w:rsid w:val="008E2148"/>
    <w:rsid w:val="008E2362"/>
    <w:rsid w:val="008E30D7"/>
    <w:rsid w:val="008E3214"/>
    <w:rsid w:val="008E3A66"/>
    <w:rsid w:val="008E4456"/>
    <w:rsid w:val="008E472C"/>
    <w:rsid w:val="008E534B"/>
    <w:rsid w:val="008E5BBF"/>
    <w:rsid w:val="008E5F7E"/>
    <w:rsid w:val="008E64B0"/>
    <w:rsid w:val="008E6CCC"/>
    <w:rsid w:val="008E711E"/>
    <w:rsid w:val="008E71D6"/>
    <w:rsid w:val="008E72BA"/>
    <w:rsid w:val="008E74CF"/>
    <w:rsid w:val="008E7D42"/>
    <w:rsid w:val="008F00D1"/>
    <w:rsid w:val="008F01D8"/>
    <w:rsid w:val="008F0B08"/>
    <w:rsid w:val="008F0C71"/>
    <w:rsid w:val="008F0F4D"/>
    <w:rsid w:val="008F14B4"/>
    <w:rsid w:val="008F14FB"/>
    <w:rsid w:val="008F2690"/>
    <w:rsid w:val="008F274A"/>
    <w:rsid w:val="008F2E2C"/>
    <w:rsid w:val="008F2EF6"/>
    <w:rsid w:val="008F311F"/>
    <w:rsid w:val="008F31B0"/>
    <w:rsid w:val="008F365A"/>
    <w:rsid w:val="008F38FB"/>
    <w:rsid w:val="008F3B30"/>
    <w:rsid w:val="008F4E39"/>
    <w:rsid w:val="008F4EEF"/>
    <w:rsid w:val="008F4F99"/>
    <w:rsid w:val="008F5204"/>
    <w:rsid w:val="008F5286"/>
    <w:rsid w:val="008F54F3"/>
    <w:rsid w:val="008F57E0"/>
    <w:rsid w:val="008F5842"/>
    <w:rsid w:val="008F5D5B"/>
    <w:rsid w:val="008F656E"/>
    <w:rsid w:val="008F6574"/>
    <w:rsid w:val="008F6647"/>
    <w:rsid w:val="008F6955"/>
    <w:rsid w:val="008F6E9C"/>
    <w:rsid w:val="008F6ED9"/>
    <w:rsid w:val="008F7BA0"/>
    <w:rsid w:val="00900006"/>
    <w:rsid w:val="00900846"/>
    <w:rsid w:val="0090108F"/>
    <w:rsid w:val="00901326"/>
    <w:rsid w:val="00901DB8"/>
    <w:rsid w:val="0090219B"/>
    <w:rsid w:val="00902CA6"/>
    <w:rsid w:val="00902D93"/>
    <w:rsid w:val="00903E44"/>
    <w:rsid w:val="009043F7"/>
    <w:rsid w:val="00904476"/>
    <w:rsid w:val="009044F7"/>
    <w:rsid w:val="009052B4"/>
    <w:rsid w:val="00905312"/>
    <w:rsid w:val="0090541B"/>
    <w:rsid w:val="00905CEC"/>
    <w:rsid w:val="009075D0"/>
    <w:rsid w:val="009102FB"/>
    <w:rsid w:val="009118C2"/>
    <w:rsid w:val="00911A44"/>
    <w:rsid w:val="0091239F"/>
    <w:rsid w:val="00912641"/>
    <w:rsid w:val="00912B17"/>
    <w:rsid w:val="00912D57"/>
    <w:rsid w:val="00914633"/>
    <w:rsid w:val="00914A72"/>
    <w:rsid w:val="00914AB2"/>
    <w:rsid w:val="00914B19"/>
    <w:rsid w:val="00915026"/>
    <w:rsid w:val="0091584D"/>
    <w:rsid w:val="00916031"/>
    <w:rsid w:val="0091608A"/>
    <w:rsid w:val="00916574"/>
    <w:rsid w:val="009166F3"/>
    <w:rsid w:val="00916DB7"/>
    <w:rsid w:val="00916E0F"/>
    <w:rsid w:val="00917195"/>
    <w:rsid w:val="0091759F"/>
    <w:rsid w:val="0091789A"/>
    <w:rsid w:val="00917978"/>
    <w:rsid w:val="00917D7F"/>
    <w:rsid w:val="00920179"/>
    <w:rsid w:val="009207A4"/>
    <w:rsid w:val="009207C5"/>
    <w:rsid w:val="00920A96"/>
    <w:rsid w:val="00920F79"/>
    <w:rsid w:val="00920FEE"/>
    <w:rsid w:val="00921367"/>
    <w:rsid w:val="009218C6"/>
    <w:rsid w:val="00921C8F"/>
    <w:rsid w:val="009222E3"/>
    <w:rsid w:val="009234E4"/>
    <w:rsid w:val="009236D2"/>
    <w:rsid w:val="009240E9"/>
    <w:rsid w:val="00924121"/>
    <w:rsid w:val="009247CE"/>
    <w:rsid w:val="00924B1C"/>
    <w:rsid w:val="00924B9B"/>
    <w:rsid w:val="00924ED0"/>
    <w:rsid w:val="00925A52"/>
    <w:rsid w:val="00925BB5"/>
    <w:rsid w:val="00926029"/>
    <w:rsid w:val="009268CD"/>
    <w:rsid w:val="00927175"/>
    <w:rsid w:val="00927417"/>
    <w:rsid w:val="0092760F"/>
    <w:rsid w:val="00927704"/>
    <w:rsid w:val="009277D1"/>
    <w:rsid w:val="00927A81"/>
    <w:rsid w:val="00927C0C"/>
    <w:rsid w:val="00927D37"/>
    <w:rsid w:val="00927EC5"/>
    <w:rsid w:val="009308D8"/>
    <w:rsid w:val="00930912"/>
    <w:rsid w:val="0093093D"/>
    <w:rsid w:val="00930E26"/>
    <w:rsid w:val="00931164"/>
    <w:rsid w:val="00931233"/>
    <w:rsid w:val="0093193F"/>
    <w:rsid w:val="00932267"/>
    <w:rsid w:val="00932443"/>
    <w:rsid w:val="0093246B"/>
    <w:rsid w:val="009326AA"/>
    <w:rsid w:val="0093292B"/>
    <w:rsid w:val="009329FC"/>
    <w:rsid w:val="00932A6A"/>
    <w:rsid w:val="00932B4E"/>
    <w:rsid w:val="0093301F"/>
    <w:rsid w:val="00933099"/>
    <w:rsid w:val="00933142"/>
    <w:rsid w:val="00933210"/>
    <w:rsid w:val="00933326"/>
    <w:rsid w:val="00933B43"/>
    <w:rsid w:val="0093400E"/>
    <w:rsid w:val="00934121"/>
    <w:rsid w:val="00934E14"/>
    <w:rsid w:val="009351C9"/>
    <w:rsid w:val="00935AF8"/>
    <w:rsid w:val="00936E64"/>
    <w:rsid w:val="00936FB9"/>
    <w:rsid w:val="0094073C"/>
    <w:rsid w:val="00940E1D"/>
    <w:rsid w:val="00941021"/>
    <w:rsid w:val="00941A2F"/>
    <w:rsid w:val="0094276E"/>
    <w:rsid w:val="009427AA"/>
    <w:rsid w:val="00942BBC"/>
    <w:rsid w:val="00942EAD"/>
    <w:rsid w:val="00942EEF"/>
    <w:rsid w:val="009433BC"/>
    <w:rsid w:val="009436D3"/>
    <w:rsid w:val="00943764"/>
    <w:rsid w:val="00943BCD"/>
    <w:rsid w:val="00944556"/>
    <w:rsid w:val="009446C8"/>
    <w:rsid w:val="00944708"/>
    <w:rsid w:val="009447BC"/>
    <w:rsid w:val="009447EB"/>
    <w:rsid w:val="00944A0D"/>
    <w:rsid w:val="00944A5F"/>
    <w:rsid w:val="0094507A"/>
    <w:rsid w:val="00945841"/>
    <w:rsid w:val="00945B6A"/>
    <w:rsid w:val="00945C17"/>
    <w:rsid w:val="00945FAF"/>
    <w:rsid w:val="00946AFD"/>
    <w:rsid w:val="00946F73"/>
    <w:rsid w:val="009470A0"/>
    <w:rsid w:val="009476DA"/>
    <w:rsid w:val="00947976"/>
    <w:rsid w:val="00947B0A"/>
    <w:rsid w:val="00947B86"/>
    <w:rsid w:val="00950F28"/>
    <w:rsid w:val="009515B8"/>
    <w:rsid w:val="0095161B"/>
    <w:rsid w:val="00951E1A"/>
    <w:rsid w:val="00951E5B"/>
    <w:rsid w:val="00952067"/>
    <w:rsid w:val="00952E11"/>
    <w:rsid w:val="009535B8"/>
    <w:rsid w:val="0095362D"/>
    <w:rsid w:val="0095362F"/>
    <w:rsid w:val="00953D07"/>
    <w:rsid w:val="00953DDD"/>
    <w:rsid w:val="00954AA1"/>
    <w:rsid w:val="00954BD9"/>
    <w:rsid w:val="00954C93"/>
    <w:rsid w:val="00956F3B"/>
    <w:rsid w:val="00957155"/>
    <w:rsid w:val="009573AB"/>
    <w:rsid w:val="00957BA7"/>
    <w:rsid w:val="009607E1"/>
    <w:rsid w:val="00960B37"/>
    <w:rsid w:val="00960E17"/>
    <w:rsid w:val="0096124A"/>
    <w:rsid w:val="009615B2"/>
    <w:rsid w:val="00961727"/>
    <w:rsid w:val="00961B6F"/>
    <w:rsid w:val="009625A9"/>
    <w:rsid w:val="009626DE"/>
    <w:rsid w:val="009629E4"/>
    <w:rsid w:val="00962E4B"/>
    <w:rsid w:val="00962F6F"/>
    <w:rsid w:val="0096385F"/>
    <w:rsid w:val="00964548"/>
    <w:rsid w:val="009652B4"/>
    <w:rsid w:val="009653BD"/>
    <w:rsid w:val="00965F9D"/>
    <w:rsid w:val="009667CE"/>
    <w:rsid w:val="00966B6C"/>
    <w:rsid w:val="00966BD6"/>
    <w:rsid w:val="00966D97"/>
    <w:rsid w:val="00967224"/>
    <w:rsid w:val="0096741A"/>
    <w:rsid w:val="009676EC"/>
    <w:rsid w:val="00970085"/>
    <w:rsid w:val="009701AB"/>
    <w:rsid w:val="00970659"/>
    <w:rsid w:val="00970F62"/>
    <w:rsid w:val="009719A1"/>
    <w:rsid w:val="00971E31"/>
    <w:rsid w:val="00972EDC"/>
    <w:rsid w:val="009731D4"/>
    <w:rsid w:val="00974B4D"/>
    <w:rsid w:val="00974F26"/>
    <w:rsid w:val="009752F4"/>
    <w:rsid w:val="00975685"/>
    <w:rsid w:val="00976E44"/>
    <w:rsid w:val="009775B1"/>
    <w:rsid w:val="009778D7"/>
    <w:rsid w:val="009800D0"/>
    <w:rsid w:val="0098031C"/>
    <w:rsid w:val="0098142D"/>
    <w:rsid w:val="0098155D"/>
    <w:rsid w:val="009819CD"/>
    <w:rsid w:val="00981B08"/>
    <w:rsid w:val="009824A8"/>
    <w:rsid w:val="00982CFA"/>
    <w:rsid w:val="00982E82"/>
    <w:rsid w:val="009836E5"/>
    <w:rsid w:val="009838DD"/>
    <w:rsid w:val="00983BF5"/>
    <w:rsid w:val="00984242"/>
    <w:rsid w:val="009843E6"/>
    <w:rsid w:val="00984733"/>
    <w:rsid w:val="0098485C"/>
    <w:rsid w:val="00984EE8"/>
    <w:rsid w:val="0098528B"/>
    <w:rsid w:val="0098550E"/>
    <w:rsid w:val="009855C2"/>
    <w:rsid w:val="009858DA"/>
    <w:rsid w:val="00987045"/>
    <w:rsid w:val="00987087"/>
    <w:rsid w:val="0098772C"/>
    <w:rsid w:val="00990113"/>
    <w:rsid w:val="00991128"/>
    <w:rsid w:val="009912FC"/>
    <w:rsid w:val="00991D86"/>
    <w:rsid w:val="0099273A"/>
    <w:rsid w:val="00992931"/>
    <w:rsid w:val="00993311"/>
    <w:rsid w:val="0099338C"/>
    <w:rsid w:val="00993A7B"/>
    <w:rsid w:val="00994590"/>
    <w:rsid w:val="009948B5"/>
    <w:rsid w:val="0099537C"/>
    <w:rsid w:val="00995F26"/>
    <w:rsid w:val="00996352"/>
    <w:rsid w:val="0099636A"/>
    <w:rsid w:val="00996BC6"/>
    <w:rsid w:val="00996D92"/>
    <w:rsid w:val="00997803"/>
    <w:rsid w:val="00997A20"/>
    <w:rsid w:val="009A0329"/>
    <w:rsid w:val="009A03F1"/>
    <w:rsid w:val="009A09C5"/>
    <w:rsid w:val="009A0BCF"/>
    <w:rsid w:val="009A0E43"/>
    <w:rsid w:val="009A162C"/>
    <w:rsid w:val="009A1BC6"/>
    <w:rsid w:val="009A1EFC"/>
    <w:rsid w:val="009A232A"/>
    <w:rsid w:val="009A24B2"/>
    <w:rsid w:val="009A32D5"/>
    <w:rsid w:val="009A36DC"/>
    <w:rsid w:val="009A36F3"/>
    <w:rsid w:val="009A3B4B"/>
    <w:rsid w:val="009A3CDC"/>
    <w:rsid w:val="009A435B"/>
    <w:rsid w:val="009A46C6"/>
    <w:rsid w:val="009A4869"/>
    <w:rsid w:val="009A4DC3"/>
    <w:rsid w:val="009A4FC5"/>
    <w:rsid w:val="009A50FB"/>
    <w:rsid w:val="009A54B0"/>
    <w:rsid w:val="009A54DF"/>
    <w:rsid w:val="009A5856"/>
    <w:rsid w:val="009A58EC"/>
    <w:rsid w:val="009A5F1C"/>
    <w:rsid w:val="009A6957"/>
    <w:rsid w:val="009A70A0"/>
    <w:rsid w:val="009A71C6"/>
    <w:rsid w:val="009B0159"/>
    <w:rsid w:val="009B0DD9"/>
    <w:rsid w:val="009B0EA3"/>
    <w:rsid w:val="009B1BCA"/>
    <w:rsid w:val="009B1FF6"/>
    <w:rsid w:val="009B2112"/>
    <w:rsid w:val="009B29DA"/>
    <w:rsid w:val="009B2C72"/>
    <w:rsid w:val="009B2D46"/>
    <w:rsid w:val="009B3598"/>
    <w:rsid w:val="009B3799"/>
    <w:rsid w:val="009B39D3"/>
    <w:rsid w:val="009B3BF2"/>
    <w:rsid w:val="009B3C96"/>
    <w:rsid w:val="009B3D8C"/>
    <w:rsid w:val="009B46E3"/>
    <w:rsid w:val="009B494D"/>
    <w:rsid w:val="009B4A4A"/>
    <w:rsid w:val="009B4EE1"/>
    <w:rsid w:val="009B52B0"/>
    <w:rsid w:val="009B5C30"/>
    <w:rsid w:val="009B5CF1"/>
    <w:rsid w:val="009B5CF4"/>
    <w:rsid w:val="009B5E50"/>
    <w:rsid w:val="009B5E69"/>
    <w:rsid w:val="009B600F"/>
    <w:rsid w:val="009B6357"/>
    <w:rsid w:val="009C1B42"/>
    <w:rsid w:val="009C1D09"/>
    <w:rsid w:val="009C1D10"/>
    <w:rsid w:val="009C256D"/>
    <w:rsid w:val="009C3073"/>
    <w:rsid w:val="009C327C"/>
    <w:rsid w:val="009C3325"/>
    <w:rsid w:val="009C4C7F"/>
    <w:rsid w:val="009C4F4E"/>
    <w:rsid w:val="009C51EC"/>
    <w:rsid w:val="009C55C6"/>
    <w:rsid w:val="009C5A71"/>
    <w:rsid w:val="009C5E0A"/>
    <w:rsid w:val="009C68A7"/>
    <w:rsid w:val="009C6B59"/>
    <w:rsid w:val="009C6C3A"/>
    <w:rsid w:val="009C6FC9"/>
    <w:rsid w:val="009C7DD5"/>
    <w:rsid w:val="009D0267"/>
    <w:rsid w:val="009D02BB"/>
    <w:rsid w:val="009D06E1"/>
    <w:rsid w:val="009D070C"/>
    <w:rsid w:val="009D08C9"/>
    <w:rsid w:val="009D091D"/>
    <w:rsid w:val="009D0B4D"/>
    <w:rsid w:val="009D0DB7"/>
    <w:rsid w:val="009D1953"/>
    <w:rsid w:val="009D28D7"/>
    <w:rsid w:val="009D2A3C"/>
    <w:rsid w:val="009D2ACA"/>
    <w:rsid w:val="009D2D6F"/>
    <w:rsid w:val="009D3402"/>
    <w:rsid w:val="009D34B1"/>
    <w:rsid w:val="009D35E3"/>
    <w:rsid w:val="009D4120"/>
    <w:rsid w:val="009D44B4"/>
    <w:rsid w:val="009D46F5"/>
    <w:rsid w:val="009D5021"/>
    <w:rsid w:val="009D571C"/>
    <w:rsid w:val="009D592D"/>
    <w:rsid w:val="009D5988"/>
    <w:rsid w:val="009D5C09"/>
    <w:rsid w:val="009D621C"/>
    <w:rsid w:val="009D68C7"/>
    <w:rsid w:val="009D694F"/>
    <w:rsid w:val="009D6D58"/>
    <w:rsid w:val="009D7690"/>
    <w:rsid w:val="009E0583"/>
    <w:rsid w:val="009E076E"/>
    <w:rsid w:val="009E0CA9"/>
    <w:rsid w:val="009E1342"/>
    <w:rsid w:val="009E15C9"/>
    <w:rsid w:val="009E17DE"/>
    <w:rsid w:val="009E1B1B"/>
    <w:rsid w:val="009E1FC2"/>
    <w:rsid w:val="009E2AEC"/>
    <w:rsid w:val="009E2FE7"/>
    <w:rsid w:val="009E35DF"/>
    <w:rsid w:val="009E3693"/>
    <w:rsid w:val="009E3773"/>
    <w:rsid w:val="009E37CD"/>
    <w:rsid w:val="009E4981"/>
    <w:rsid w:val="009E49C4"/>
    <w:rsid w:val="009E4AF1"/>
    <w:rsid w:val="009E4DED"/>
    <w:rsid w:val="009E4F9A"/>
    <w:rsid w:val="009E5375"/>
    <w:rsid w:val="009E53AB"/>
    <w:rsid w:val="009E5423"/>
    <w:rsid w:val="009E54F5"/>
    <w:rsid w:val="009E5815"/>
    <w:rsid w:val="009E618A"/>
    <w:rsid w:val="009E6992"/>
    <w:rsid w:val="009E6A43"/>
    <w:rsid w:val="009E6F2D"/>
    <w:rsid w:val="009E6F81"/>
    <w:rsid w:val="009E6FC7"/>
    <w:rsid w:val="009E7267"/>
    <w:rsid w:val="009E7D88"/>
    <w:rsid w:val="009E87B8"/>
    <w:rsid w:val="009F0151"/>
    <w:rsid w:val="009F0FD6"/>
    <w:rsid w:val="009F177D"/>
    <w:rsid w:val="009F1B08"/>
    <w:rsid w:val="009F21A9"/>
    <w:rsid w:val="009F23DA"/>
    <w:rsid w:val="009F2BF8"/>
    <w:rsid w:val="009F2C16"/>
    <w:rsid w:val="009F370F"/>
    <w:rsid w:val="009F3DD6"/>
    <w:rsid w:val="009F3F6A"/>
    <w:rsid w:val="009F3F9E"/>
    <w:rsid w:val="009F4359"/>
    <w:rsid w:val="009F4845"/>
    <w:rsid w:val="009F530A"/>
    <w:rsid w:val="009F58FF"/>
    <w:rsid w:val="009F5FAC"/>
    <w:rsid w:val="009F6082"/>
    <w:rsid w:val="009F6364"/>
    <w:rsid w:val="009F66F3"/>
    <w:rsid w:val="009F73CC"/>
    <w:rsid w:val="009F7827"/>
    <w:rsid w:val="009F78B8"/>
    <w:rsid w:val="009F7B01"/>
    <w:rsid w:val="009F7BF8"/>
    <w:rsid w:val="009F7EBB"/>
    <w:rsid w:val="009F7F02"/>
    <w:rsid w:val="00A005C1"/>
    <w:rsid w:val="00A0090A"/>
    <w:rsid w:val="00A0154F"/>
    <w:rsid w:val="00A01F50"/>
    <w:rsid w:val="00A01F94"/>
    <w:rsid w:val="00A03011"/>
    <w:rsid w:val="00A03161"/>
    <w:rsid w:val="00A0351D"/>
    <w:rsid w:val="00A03CB2"/>
    <w:rsid w:val="00A044DA"/>
    <w:rsid w:val="00A04533"/>
    <w:rsid w:val="00A0469F"/>
    <w:rsid w:val="00A0495D"/>
    <w:rsid w:val="00A04A4A"/>
    <w:rsid w:val="00A04B06"/>
    <w:rsid w:val="00A04DCE"/>
    <w:rsid w:val="00A04EFB"/>
    <w:rsid w:val="00A0524B"/>
    <w:rsid w:val="00A05D23"/>
    <w:rsid w:val="00A06083"/>
    <w:rsid w:val="00A062F3"/>
    <w:rsid w:val="00A06B7E"/>
    <w:rsid w:val="00A06DF6"/>
    <w:rsid w:val="00A070A6"/>
    <w:rsid w:val="00A0719A"/>
    <w:rsid w:val="00A07BFA"/>
    <w:rsid w:val="00A102DA"/>
    <w:rsid w:val="00A1071E"/>
    <w:rsid w:val="00A10815"/>
    <w:rsid w:val="00A10933"/>
    <w:rsid w:val="00A10DD3"/>
    <w:rsid w:val="00A10F55"/>
    <w:rsid w:val="00A112DE"/>
    <w:rsid w:val="00A11383"/>
    <w:rsid w:val="00A115BF"/>
    <w:rsid w:val="00A11C8D"/>
    <w:rsid w:val="00A11D0E"/>
    <w:rsid w:val="00A11E16"/>
    <w:rsid w:val="00A121E4"/>
    <w:rsid w:val="00A12657"/>
    <w:rsid w:val="00A12A3F"/>
    <w:rsid w:val="00A12B6C"/>
    <w:rsid w:val="00A1300C"/>
    <w:rsid w:val="00A1339B"/>
    <w:rsid w:val="00A1398D"/>
    <w:rsid w:val="00A13D97"/>
    <w:rsid w:val="00A1404B"/>
    <w:rsid w:val="00A14129"/>
    <w:rsid w:val="00A14F76"/>
    <w:rsid w:val="00A1540D"/>
    <w:rsid w:val="00A154E7"/>
    <w:rsid w:val="00A15627"/>
    <w:rsid w:val="00A15675"/>
    <w:rsid w:val="00A1641D"/>
    <w:rsid w:val="00A16549"/>
    <w:rsid w:val="00A16AC5"/>
    <w:rsid w:val="00A1700C"/>
    <w:rsid w:val="00A1706A"/>
    <w:rsid w:val="00A1759C"/>
    <w:rsid w:val="00A175ED"/>
    <w:rsid w:val="00A17B19"/>
    <w:rsid w:val="00A202DB"/>
    <w:rsid w:val="00A213F9"/>
    <w:rsid w:val="00A218D2"/>
    <w:rsid w:val="00A21958"/>
    <w:rsid w:val="00A22235"/>
    <w:rsid w:val="00A22263"/>
    <w:rsid w:val="00A2263D"/>
    <w:rsid w:val="00A22873"/>
    <w:rsid w:val="00A22E4C"/>
    <w:rsid w:val="00A2333C"/>
    <w:rsid w:val="00A233FF"/>
    <w:rsid w:val="00A2345E"/>
    <w:rsid w:val="00A23668"/>
    <w:rsid w:val="00A238A3"/>
    <w:rsid w:val="00A23A0C"/>
    <w:rsid w:val="00A23B03"/>
    <w:rsid w:val="00A23CD9"/>
    <w:rsid w:val="00A23FCE"/>
    <w:rsid w:val="00A2477A"/>
    <w:rsid w:val="00A24A05"/>
    <w:rsid w:val="00A25014"/>
    <w:rsid w:val="00A2504C"/>
    <w:rsid w:val="00A256F6"/>
    <w:rsid w:val="00A264EA"/>
    <w:rsid w:val="00A2683D"/>
    <w:rsid w:val="00A27310"/>
    <w:rsid w:val="00A27951"/>
    <w:rsid w:val="00A30043"/>
    <w:rsid w:val="00A30077"/>
    <w:rsid w:val="00A30353"/>
    <w:rsid w:val="00A30853"/>
    <w:rsid w:val="00A30BDB"/>
    <w:rsid w:val="00A30C61"/>
    <w:rsid w:val="00A30D64"/>
    <w:rsid w:val="00A314FF"/>
    <w:rsid w:val="00A3172B"/>
    <w:rsid w:val="00A317B7"/>
    <w:rsid w:val="00A31C00"/>
    <w:rsid w:val="00A31DE1"/>
    <w:rsid w:val="00A32038"/>
    <w:rsid w:val="00A323BE"/>
    <w:rsid w:val="00A333D5"/>
    <w:rsid w:val="00A3345B"/>
    <w:rsid w:val="00A33479"/>
    <w:rsid w:val="00A3349A"/>
    <w:rsid w:val="00A335E7"/>
    <w:rsid w:val="00A3379E"/>
    <w:rsid w:val="00A33C88"/>
    <w:rsid w:val="00A33EE7"/>
    <w:rsid w:val="00A34647"/>
    <w:rsid w:val="00A3474D"/>
    <w:rsid w:val="00A34D63"/>
    <w:rsid w:val="00A34F9A"/>
    <w:rsid w:val="00A34FB5"/>
    <w:rsid w:val="00A356C0"/>
    <w:rsid w:val="00A35ADA"/>
    <w:rsid w:val="00A35CBD"/>
    <w:rsid w:val="00A35FE7"/>
    <w:rsid w:val="00A3651A"/>
    <w:rsid w:val="00A376CB"/>
    <w:rsid w:val="00A401F1"/>
    <w:rsid w:val="00A40763"/>
    <w:rsid w:val="00A40AF5"/>
    <w:rsid w:val="00A40D6F"/>
    <w:rsid w:val="00A41102"/>
    <w:rsid w:val="00A412B3"/>
    <w:rsid w:val="00A41390"/>
    <w:rsid w:val="00A41603"/>
    <w:rsid w:val="00A4259D"/>
    <w:rsid w:val="00A42F71"/>
    <w:rsid w:val="00A42F7B"/>
    <w:rsid w:val="00A43CE7"/>
    <w:rsid w:val="00A43F0B"/>
    <w:rsid w:val="00A442F4"/>
    <w:rsid w:val="00A442FC"/>
    <w:rsid w:val="00A44341"/>
    <w:rsid w:val="00A44D88"/>
    <w:rsid w:val="00A450A9"/>
    <w:rsid w:val="00A45377"/>
    <w:rsid w:val="00A45915"/>
    <w:rsid w:val="00A45A38"/>
    <w:rsid w:val="00A45FC3"/>
    <w:rsid w:val="00A4639E"/>
    <w:rsid w:val="00A463DC"/>
    <w:rsid w:val="00A46E76"/>
    <w:rsid w:val="00A4704D"/>
    <w:rsid w:val="00A47321"/>
    <w:rsid w:val="00A4766D"/>
    <w:rsid w:val="00A478CE"/>
    <w:rsid w:val="00A47C13"/>
    <w:rsid w:val="00A500B0"/>
    <w:rsid w:val="00A50492"/>
    <w:rsid w:val="00A5145B"/>
    <w:rsid w:val="00A51EEB"/>
    <w:rsid w:val="00A5297F"/>
    <w:rsid w:val="00A535A9"/>
    <w:rsid w:val="00A53DFA"/>
    <w:rsid w:val="00A53E12"/>
    <w:rsid w:val="00A546A4"/>
    <w:rsid w:val="00A54BA7"/>
    <w:rsid w:val="00A55041"/>
    <w:rsid w:val="00A5531D"/>
    <w:rsid w:val="00A5547A"/>
    <w:rsid w:val="00A558C8"/>
    <w:rsid w:val="00A55D31"/>
    <w:rsid w:val="00A56466"/>
    <w:rsid w:val="00A56856"/>
    <w:rsid w:val="00A571A8"/>
    <w:rsid w:val="00A57302"/>
    <w:rsid w:val="00A573EC"/>
    <w:rsid w:val="00A57550"/>
    <w:rsid w:val="00A5769F"/>
    <w:rsid w:val="00A57B25"/>
    <w:rsid w:val="00A57BF7"/>
    <w:rsid w:val="00A6043C"/>
    <w:rsid w:val="00A60711"/>
    <w:rsid w:val="00A608A9"/>
    <w:rsid w:val="00A61170"/>
    <w:rsid w:val="00A615A5"/>
    <w:rsid w:val="00A61997"/>
    <w:rsid w:val="00A61BA5"/>
    <w:rsid w:val="00A62295"/>
    <w:rsid w:val="00A62803"/>
    <w:rsid w:val="00A62927"/>
    <w:rsid w:val="00A6338F"/>
    <w:rsid w:val="00A63484"/>
    <w:rsid w:val="00A637CC"/>
    <w:rsid w:val="00A63DA0"/>
    <w:rsid w:val="00A6416D"/>
    <w:rsid w:val="00A64CB8"/>
    <w:rsid w:val="00A651E3"/>
    <w:rsid w:val="00A651EF"/>
    <w:rsid w:val="00A65793"/>
    <w:rsid w:val="00A659CD"/>
    <w:rsid w:val="00A65C39"/>
    <w:rsid w:val="00A66442"/>
    <w:rsid w:val="00A666A0"/>
    <w:rsid w:val="00A66F65"/>
    <w:rsid w:val="00A67B0C"/>
    <w:rsid w:val="00A70563"/>
    <w:rsid w:val="00A705CA"/>
    <w:rsid w:val="00A70639"/>
    <w:rsid w:val="00A709A3"/>
    <w:rsid w:val="00A70DEF"/>
    <w:rsid w:val="00A71C6E"/>
    <w:rsid w:val="00A71C87"/>
    <w:rsid w:val="00A71D01"/>
    <w:rsid w:val="00A720F8"/>
    <w:rsid w:val="00A728A4"/>
    <w:rsid w:val="00A72CF3"/>
    <w:rsid w:val="00A73130"/>
    <w:rsid w:val="00A73292"/>
    <w:rsid w:val="00A734D9"/>
    <w:rsid w:val="00A73575"/>
    <w:rsid w:val="00A735AD"/>
    <w:rsid w:val="00A73967"/>
    <w:rsid w:val="00A73ABD"/>
    <w:rsid w:val="00A73EA2"/>
    <w:rsid w:val="00A7451F"/>
    <w:rsid w:val="00A74964"/>
    <w:rsid w:val="00A74969"/>
    <w:rsid w:val="00A74AE2"/>
    <w:rsid w:val="00A74B50"/>
    <w:rsid w:val="00A75036"/>
    <w:rsid w:val="00A75678"/>
    <w:rsid w:val="00A7568B"/>
    <w:rsid w:val="00A757A2"/>
    <w:rsid w:val="00A757CC"/>
    <w:rsid w:val="00A75847"/>
    <w:rsid w:val="00A76458"/>
    <w:rsid w:val="00A7687F"/>
    <w:rsid w:val="00A76D25"/>
    <w:rsid w:val="00A772CF"/>
    <w:rsid w:val="00A77CB6"/>
    <w:rsid w:val="00A80556"/>
    <w:rsid w:val="00A806E5"/>
    <w:rsid w:val="00A80F41"/>
    <w:rsid w:val="00A810A9"/>
    <w:rsid w:val="00A8146A"/>
    <w:rsid w:val="00A8162C"/>
    <w:rsid w:val="00A81CEA"/>
    <w:rsid w:val="00A81FE5"/>
    <w:rsid w:val="00A821C4"/>
    <w:rsid w:val="00A823D0"/>
    <w:rsid w:val="00A828D2"/>
    <w:rsid w:val="00A82F65"/>
    <w:rsid w:val="00A83273"/>
    <w:rsid w:val="00A83547"/>
    <w:rsid w:val="00A837AD"/>
    <w:rsid w:val="00A83833"/>
    <w:rsid w:val="00A83A1A"/>
    <w:rsid w:val="00A83BCC"/>
    <w:rsid w:val="00A83C7A"/>
    <w:rsid w:val="00A84194"/>
    <w:rsid w:val="00A84518"/>
    <w:rsid w:val="00A85108"/>
    <w:rsid w:val="00A857DE"/>
    <w:rsid w:val="00A85AC4"/>
    <w:rsid w:val="00A85C31"/>
    <w:rsid w:val="00A86184"/>
    <w:rsid w:val="00A867E9"/>
    <w:rsid w:val="00A86CE5"/>
    <w:rsid w:val="00A87A06"/>
    <w:rsid w:val="00A87A43"/>
    <w:rsid w:val="00A87ADD"/>
    <w:rsid w:val="00A87B18"/>
    <w:rsid w:val="00A87EED"/>
    <w:rsid w:val="00A906F6"/>
    <w:rsid w:val="00A9099A"/>
    <w:rsid w:val="00A912C0"/>
    <w:rsid w:val="00A91726"/>
    <w:rsid w:val="00A921CB"/>
    <w:rsid w:val="00A9246B"/>
    <w:rsid w:val="00A92A6C"/>
    <w:rsid w:val="00A92D47"/>
    <w:rsid w:val="00A934A3"/>
    <w:rsid w:val="00A935F9"/>
    <w:rsid w:val="00A9373C"/>
    <w:rsid w:val="00A93770"/>
    <w:rsid w:val="00A93DE5"/>
    <w:rsid w:val="00A94382"/>
    <w:rsid w:val="00A94819"/>
    <w:rsid w:val="00A94948"/>
    <w:rsid w:val="00A951D6"/>
    <w:rsid w:val="00A9538D"/>
    <w:rsid w:val="00A95E1F"/>
    <w:rsid w:val="00A9639A"/>
    <w:rsid w:val="00A96DF5"/>
    <w:rsid w:val="00A96E2A"/>
    <w:rsid w:val="00A978CE"/>
    <w:rsid w:val="00AA1153"/>
    <w:rsid w:val="00AA140D"/>
    <w:rsid w:val="00AA15BD"/>
    <w:rsid w:val="00AA163C"/>
    <w:rsid w:val="00AA1D8D"/>
    <w:rsid w:val="00AA20AB"/>
    <w:rsid w:val="00AA236E"/>
    <w:rsid w:val="00AA34A5"/>
    <w:rsid w:val="00AA34E1"/>
    <w:rsid w:val="00AA38E8"/>
    <w:rsid w:val="00AA3B44"/>
    <w:rsid w:val="00AA45E3"/>
    <w:rsid w:val="00AA45FA"/>
    <w:rsid w:val="00AA463E"/>
    <w:rsid w:val="00AA4E5B"/>
    <w:rsid w:val="00AA4EF6"/>
    <w:rsid w:val="00AA513D"/>
    <w:rsid w:val="00AA5BFF"/>
    <w:rsid w:val="00AA5D20"/>
    <w:rsid w:val="00AA6AEB"/>
    <w:rsid w:val="00AA714B"/>
    <w:rsid w:val="00AA7389"/>
    <w:rsid w:val="00AA7D59"/>
    <w:rsid w:val="00AB00F8"/>
    <w:rsid w:val="00AB010E"/>
    <w:rsid w:val="00AB07AF"/>
    <w:rsid w:val="00AB0FF1"/>
    <w:rsid w:val="00AB13FB"/>
    <w:rsid w:val="00AB1553"/>
    <w:rsid w:val="00AB2486"/>
    <w:rsid w:val="00AB2A32"/>
    <w:rsid w:val="00AB2AD4"/>
    <w:rsid w:val="00AB2B16"/>
    <w:rsid w:val="00AB2BEC"/>
    <w:rsid w:val="00AB35BB"/>
    <w:rsid w:val="00AB395C"/>
    <w:rsid w:val="00AB41DA"/>
    <w:rsid w:val="00AB4CA6"/>
    <w:rsid w:val="00AB5737"/>
    <w:rsid w:val="00AB5C31"/>
    <w:rsid w:val="00AB5E95"/>
    <w:rsid w:val="00AB6267"/>
    <w:rsid w:val="00AB65E9"/>
    <w:rsid w:val="00AB6806"/>
    <w:rsid w:val="00AB6F13"/>
    <w:rsid w:val="00AB7E43"/>
    <w:rsid w:val="00AC0158"/>
    <w:rsid w:val="00AC0BF2"/>
    <w:rsid w:val="00AC1108"/>
    <w:rsid w:val="00AC15AD"/>
    <w:rsid w:val="00AC1805"/>
    <w:rsid w:val="00AC1838"/>
    <w:rsid w:val="00AC1C0C"/>
    <w:rsid w:val="00AC21C7"/>
    <w:rsid w:val="00AC246F"/>
    <w:rsid w:val="00AC2BE7"/>
    <w:rsid w:val="00AC2E5D"/>
    <w:rsid w:val="00AC3308"/>
    <w:rsid w:val="00AC35DA"/>
    <w:rsid w:val="00AC4326"/>
    <w:rsid w:val="00AC4870"/>
    <w:rsid w:val="00AC4D6C"/>
    <w:rsid w:val="00AC59CD"/>
    <w:rsid w:val="00AC5CC4"/>
    <w:rsid w:val="00AC5E1B"/>
    <w:rsid w:val="00AC5E45"/>
    <w:rsid w:val="00AC5F5C"/>
    <w:rsid w:val="00AC66D2"/>
    <w:rsid w:val="00AC66D6"/>
    <w:rsid w:val="00AC6771"/>
    <w:rsid w:val="00AC677C"/>
    <w:rsid w:val="00AC6B6A"/>
    <w:rsid w:val="00AC6C52"/>
    <w:rsid w:val="00AC6F7D"/>
    <w:rsid w:val="00AD0226"/>
    <w:rsid w:val="00AD022A"/>
    <w:rsid w:val="00AD0750"/>
    <w:rsid w:val="00AD0AC4"/>
    <w:rsid w:val="00AD0E4F"/>
    <w:rsid w:val="00AD1515"/>
    <w:rsid w:val="00AD2302"/>
    <w:rsid w:val="00AD2B65"/>
    <w:rsid w:val="00AD39EB"/>
    <w:rsid w:val="00AD3D4F"/>
    <w:rsid w:val="00AD3F24"/>
    <w:rsid w:val="00AD425A"/>
    <w:rsid w:val="00AD4B56"/>
    <w:rsid w:val="00AD4D80"/>
    <w:rsid w:val="00AD56D9"/>
    <w:rsid w:val="00AD5AB1"/>
    <w:rsid w:val="00AD5B33"/>
    <w:rsid w:val="00AD69A2"/>
    <w:rsid w:val="00AD6AC5"/>
    <w:rsid w:val="00AD6B2D"/>
    <w:rsid w:val="00AD6FC5"/>
    <w:rsid w:val="00AD6FCB"/>
    <w:rsid w:val="00AD73DC"/>
    <w:rsid w:val="00AD73FA"/>
    <w:rsid w:val="00AE01B7"/>
    <w:rsid w:val="00AE041B"/>
    <w:rsid w:val="00AE05BC"/>
    <w:rsid w:val="00AE0677"/>
    <w:rsid w:val="00AE0968"/>
    <w:rsid w:val="00AE0CD5"/>
    <w:rsid w:val="00AE1024"/>
    <w:rsid w:val="00AE1ED8"/>
    <w:rsid w:val="00AE2A4E"/>
    <w:rsid w:val="00AE2F5E"/>
    <w:rsid w:val="00AE3071"/>
    <w:rsid w:val="00AE3B39"/>
    <w:rsid w:val="00AE3C5C"/>
    <w:rsid w:val="00AE3D1E"/>
    <w:rsid w:val="00AE3D77"/>
    <w:rsid w:val="00AE4327"/>
    <w:rsid w:val="00AE47F6"/>
    <w:rsid w:val="00AE4A31"/>
    <w:rsid w:val="00AE5731"/>
    <w:rsid w:val="00AE6309"/>
    <w:rsid w:val="00AE679E"/>
    <w:rsid w:val="00AE6DCF"/>
    <w:rsid w:val="00AE6EDB"/>
    <w:rsid w:val="00AE706C"/>
    <w:rsid w:val="00AE724D"/>
    <w:rsid w:val="00AE7535"/>
    <w:rsid w:val="00AE7857"/>
    <w:rsid w:val="00AE7974"/>
    <w:rsid w:val="00AE7D98"/>
    <w:rsid w:val="00AE7DB6"/>
    <w:rsid w:val="00AE7F80"/>
    <w:rsid w:val="00AF00D6"/>
    <w:rsid w:val="00AF0647"/>
    <w:rsid w:val="00AF0B81"/>
    <w:rsid w:val="00AF173D"/>
    <w:rsid w:val="00AF178B"/>
    <w:rsid w:val="00AF1DCE"/>
    <w:rsid w:val="00AF239E"/>
    <w:rsid w:val="00AF2C11"/>
    <w:rsid w:val="00AF2E3C"/>
    <w:rsid w:val="00AF2F6F"/>
    <w:rsid w:val="00AF3414"/>
    <w:rsid w:val="00AF4255"/>
    <w:rsid w:val="00AF513A"/>
    <w:rsid w:val="00AF532F"/>
    <w:rsid w:val="00AF552E"/>
    <w:rsid w:val="00AF5B69"/>
    <w:rsid w:val="00AF648B"/>
    <w:rsid w:val="00AF6C5B"/>
    <w:rsid w:val="00AF740B"/>
    <w:rsid w:val="00AF78D7"/>
    <w:rsid w:val="00AF7EDD"/>
    <w:rsid w:val="00B00009"/>
    <w:rsid w:val="00B0042D"/>
    <w:rsid w:val="00B006EF"/>
    <w:rsid w:val="00B009C1"/>
    <w:rsid w:val="00B01219"/>
    <w:rsid w:val="00B01240"/>
    <w:rsid w:val="00B015A3"/>
    <w:rsid w:val="00B01662"/>
    <w:rsid w:val="00B01707"/>
    <w:rsid w:val="00B01CAE"/>
    <w:rsid w:val="00B01ED6"/>
    <w:rsid w:val="00B025A9"/>
    <w:rsid w:val="00B02704"/>
    <w:rsid w:val="00B0292B"/>
    <w:rsid w:val="00B02C2A"/>
    <w:rsid w:val="00B035BE"/>
    <w:rsid w:val="00B03706"/>
    <w:rsid w:val="00B039BA"/>
    <w:rsid w:val="00B03E6A"/>
    <w:rsid w:val="00B0411D"/>
    <w:rsid w:val="00B046EA"/>
    <w:rsid w:val="00B04D35"/>
    <w:rsid w:val="00B04D67"/>
    <w:rsid w:val="00B05AE4"/>
    <w:rsid w:val="00B06979"/>
    <w:rsid w:val="00B06E7E"/>
    <w:rsid w:val="00B07278"/>
    <w:rsid w:val="00B077B6"/>
    <w:rsid w:val="00B07DD5"/>
    <w:rsid w:val="00B07E02"/>
    <w:rsid w:val="00B10818"/>
    <w:rsid w:val="00B1092C"/>
    <w:rsid w:val="00B10930"/>
    <w:rsid w:val="00B10E15"/>
    <w:rsid w:val="00B1145B"/>
    <w:rsid w:val="00B11AAA"/>
    <w:rsid w:val="00B11D41"/>
    <w:rsid w:val="00B12213"/>
    <w:rsid w:val="00B1229F"/>
    <w:rsid w:val="00B12609"/>
    <w:rsid w:val="00B12966"/>
    <w:rsid w:val="00B1298A"/>
    <w:rsid w:val="00B13444"/>
    <w:rsid w:val="00B13518"/>
    <w:rsid w:val="00B13FC6"/>
    <w:rsid w:val="00B141C7"/>
    <w:rsid w:val="00B1421A"/>
    <w:rsid w:val="00B144A9"/>
    <w:rsid w:val="00B145D2"/>
    <w:rsid w:val="00B14D48"/>
    <w:rsid w:val="00B151AB"/>
    <w:rsid w:val="00B1524E"/>
    <w:rsid w:val="00B1540E"/>
    <w:rsid w:val="00B1552E"/>
    <w:rsid w:val="00B16020"/>
    <w:rsid w:val="00B162BF"/>
    <w:rsid w:val="00B168A0"/>
    <w:rsid w:val="00B16907"/>
    <w:rsid w:val="00B16AD6"/>
    <w:rsid w:val="00B175D9"/>
    <w:rsid w:val="00B17803"/>
    <w:rsid w:val="00B17A05"/>
    <w:rsid w:val="00B17B3F"/>
    <w:rsid w:val="00B20623"/>
    <w:rsid w:val="00B207F0"/>
    <w:rsid w:val="00B209C0"/>
    <w:rsid w:val="00B210E1"/>
    <w:rsid w:val="00B214DD"/>
    <w:rsid w:val="00B2170A"/>
    <w:rsid w:val="00B21794"/>
    <w:rsid w:val="00B219C0"/>
    <w:rsid w:val="00B21BF8"/>
    <w:rsid w:val="00B21C67"/>
    <w:rsid w:val="00B22412"/>
    <w:rsid w:val="00B2345F"/>
    <w:rsid w:val="00B237E4"/>
    <w:rsid w:val="00B241A9"/>
    <w:rsid w:val="00B24504"/>
    <w:rsid w:val="00B24A26"/>
    <w:rsid w:val="00B254BE"/>
    <w:rsid w:val="00B25501"/>
    <w:rsid w:val="00B257F6"/>
    <w:rsid w:val="00B25F97"/>
    <w:rsid w:val="00B260B5"/>
    <w:rsid w:val="00B26460"/>
    <w:rsid w:val="00B26C27"/>
    <w:rsid w:val="00B26FD8"/>
    <w:rsid w:val="00B27EB2"/>
    <w:rsid w:val="00B27EF5"/>
    <w:rsid w:val="00B304A4"/>
    <w:rsid w:val="00B30B7A"/>
    <w:rsid w:val="00B30BBA"/>
    <w:rsid w:val="00B30F9D"/>
    <w:rsid w:val="00B31171"/>
    <w:rsid w:val="00B311FF"/>
    <w:rsid w:val="00B31FAF"/>
    <w:rsid w:val="00B3249F"/>
    <w:rsid w:val="00B3252A"/>
    <w:rsid w:val="00B329F8"/>
    <w:rsid w:val="00B32E38"/>
    <w:rsid w:val="00B33577"/>
    <w:rsid w:val="00B33B9B"/>
    <w:rsid w:val="00B33DF4"/>
    <w:rsid w:val="00B34041"/>
    <w:rsid w:val="00B343FF"/>
    <w:rsid w:val="00B345F3"/>
    <w:rsid w:val="00B349EB"/>
    <w:rsid w:val="00B34C1F"/>
    <w:rsid w:val="00B34D58"/>
    <w:rsid w:val="00B34D8E"/>
    <w:rsid w:val="00B3509D"/>
    <w:rsid w:val="00B351FD"/>
    <w:rsid w:val="00B353C5"/>
    <w:rsid w:val="00B35974"/>
    <w:rsid w:val="00B3603C"/>
    <w:rsid w:val="00B3637A"/>
    <w:rsid w:val="00B3642B"/>
    <w:rsid w:val="00B36587"/>
    <w:rsid w:val="00B36849"/>
    <w:rsid w:val="00B36CCB"/>
    <w:rsid w:val="00B36FCD"/>
    <w:rsid w:val="00B37F42"/>
    <w:rsid w:val="00B406E4"/>
    <w:rsid w:val="00B40992"/>
    <w:rsid w:val="00B40A0A"/>
    <w:rsid w:val="00B40B98"/>
    <w:rsid w:val="00B4123E"/>
    <w:rsid w:val="00B416AB"/>
    <w:rsid w:val="00B421AB"/>
    <w:rsid w:val="00B4224D"/>
    <w:rsid w:val="00B425C9"/>
    <w:rsid w:val="00B42A15"/>
    <w:rsid w:val="00B42D23"/>
    <w:rsid w:val="00B432F8"/>
    <w:rsid w:val="00B4381E"/>
    <w:rsid w:val="00B439DC"/>
    <w:rsid w:val="00B43B2E"/>
    <w:rsid w:val="00B455EE"/>
    <w:rsid w:val="00B46092"/>
    <w:rsid w:val="00B460BA"/>
    <w:rsid w:val="00B468EF"/>
    <w:rsid w:val="00B46FED"/>
    <w:rsid w:val="00B47730"/>
    <w:rsid w:val="00B47EE5"/>
    <w:rsid w:val="00B5014E"/>
    <w:rsid w:val="00B50402"/>
    <w:rsid w:val="00B50436"/>
    <w:rsid w:val="00B5089A"/>
    <w:rsid w:val="00B51923"/>
    <w:rsid w:val="00B51B3D"/>
    <w:rsid w:val="00B522A3"/>
    <w:rsid w:val="00B52371"/>
    <w:rsid w:val="00B52503"/>
    <w:rsid w:val="00B52A60"/>
    <w:rsid w:val="00B53051"/>
    <w:rsid w:val="00B53462"/>
    <w:rsid w:val="00B53B35"/>
    <w:rsid w:val="00B53B72"/>
    <w:rsid w:val="00B53D93"/>
    <w:rsid w:val="00B5406F"/>
    <w:rsid w:val="00B542F1"/>
    <w:rsid w:val="00B54954"/>
    <w:rsid w:val="00B54CEA"/>
    <w:rsid w:val="00B54E1E"/>
    <w:rsid w:val="00B55434"/>
    <w:rsid w:val="00B556D2"/>
    <w:rsid w:val="00B55FFC"/>
    <w:rsid w:val="00B56ABA"/>
    <w:rsid w:val="00B56C60"/>
    <w:rsid w:val="00B56C7A"/>
    <w:rsid w:val="00B5710D"/>
    <w:rsid w:val="00B5714F"/>
    <w:rsid w:val="00B572D8"/>
    <w:rsid w:val="00B57769"/>
    <w:rsid w:val="00B57BB9"/>
    <w:rsid w:val="00B6012E"/>
    <w:rsid w:val="00B6048B"/>
    <w:rsid w:val="00B60A1B"/>
    <w:rsid w:val="00B60A6D"/>
    <w:rsid w:val="00B60DCE"/>
    <w:rsid w:val="00B6156B"/>
    <w:rsid w:val="00B61641"/>
    <w:rsid w:val="00B61ADE"/>
    <w:rsid w:val="00B61D65"/>
    <w:rsid w:val="00B626C3"/>
    <w:rsid w:val="00B62712"/>
    <w:rsid w:val="00B628EF"/>
    <w:rsid w:val="00B6354A"/>
    <w:rsid w:val="00B6378F"/>
    <w:rsid w:val="00B638F7"/>
    <w:rsid w:val="00B6423D"/>
    <w:rsid w:val="00B65906"/>
    <w:rsid w:val="00B66C2F"/>
    <w:rsid w:val="00B67584"/>
    <w:rsid w:val="00B6769C"/>
    <w:rsid w:val="00B67E14"/>
    <w:rsid w:val="00B67E35"/>
    <w:rsid w:val="00B67FA5"/>
    <w:rsid w:val="00B70484"/>
    <w:rsid w:val="00B708FF"/>
    <w:rsid w:val="00B70932"/>
    <w:rsid w:val="00B70A3F"/>
    <w:rsid w:val="00B70A7E"/>
    <w:rsid w:val="00B71294"/>
    <w:rsid w:val="00B7176C"/>
    <w:rsid w:val="00B71796"/>
    <w:rsid w:val="00B7179D"/>
    <w:rsid w:val="00B7194C"/>
    <w:rsid w:val="00B71ADA"/>
    <w:rsid w:val="00B71C8F"/>
    <w:rsid w:val="00B742E9"/>
    <w:rsid w:val="00B74944"/>
    <w:rsid w:val="00B74C18"/>
    <w:rsid w:val="00B75E86"/>
    <w:rsid w:val="00B7619F"/>
    <w:rsid w:val="00B761FE"/>
    <w:rsid w:val="00B76694"/>
    <w:rsid w:val="00B767B5"/>
    <w:rsid w:val="00B76D5A"/>
    <w:rsid w:val="00B80A2E"/>
    <w:rsid w:val="00B80CFA"/>
    <w:rsid w:val="00B80E03"/>
    <w:rsid w:val="00B81928"/>
    <w:rsid w:val="00B819FD"/>
    <w:rsid w:val="00B81A13"/>
    <w:rsid w:val="00B821E4"/>
    <w:rsid w:val="00B82F70"/>
    <w:rsid w:val="00B83315"/>
    <w:rsid w:val="00B83C4A"/>
    <w:rsid w:val="00B83E26"/>
    <w:rsid w:val="00B83EB1"/>
    <w:rsid w:val="00B840C3"/>
    <w:rsid w:val="00B8430B"/>
    <w:rsid w:val="00B85B77"/>
    <w:rsid w:val="00B85C1E"/>
    <w:rsid w:val="00B85D85"/>
    <w:rsid w:val="00B85F45"/>
    <w:rsid w:val="00B863BB"/>
    <w:rsid w:val="00B86E1A"/>
    <w:rsid w:val="00B8705F"/>
    <w:rsid w:val="00B871A1"/>
    <w:rsid w:val="00B87D35"/>
    <w:rsid w:val="00B90323"/>
    <w:rsid w:val="00B905E7"/>
    <w:rsid w:val="00B90741"/>
    <w:rsid w:val="00B907CD"/>
    <w:rsid w:val="00B90B4D"/>
    <w:rsid w:val="00B90BA3"/>
    <w:rsid w:val="00B90FCE"/>
    <w:rsid w:val="00B913F1"/>
    <w:rsid w:val="00B91EF8"/>
    <w:rsid w:val="00B92159"/>
    <w:rsid w:val="00B92254"/>
    <w:rsid w:val="00B922C1"/>
    <w:rsid w:val="00B9246A"/>
    <w:rsid w:val="00B92848"/>
    <w:rsid w:val="00B92AA3"/>
    <w:rsid w:val="00B92DA6"/>
    <w:rsid w:val="00B93324"/>
    <w:rsid w:val="00B93991"/>
    <w:rsid w:val="00B939DA"/>
    <w:rsid w:val="00B93A92"/>
    <w:rsid w:val="00B941E8"/>
    <w:rsid w:val="00B9428F"/>
    <w:rsid w:val="00B948B5"/>
    <w:rsid w:val="00B94F7D"/>
    <w:rsid w:val="00B9564B"/>
    <w:rsid w:val="00B95867"/>
    <w:rsid w:val="00B95B3B"/>
    <w:rsid w:val="00B95EB5"/>
    <w:rsid w:val="00B96379"/>
    <w:rsid w:val="00B968ED"/>
    <w:rsid w:val="00B96C60"/>
    <w:rsid w:val="00B970AA"/>
    <w:rsid w:val="00B971C4"/>
    <w:rsid w:val="00B9745D"/>
    <w:rsid w:val="00B9763C"/>
    <w:rsid w:val="00B977CC"/>
    <w:rsid w:val="00BA1256"/>
    <w:rsid w:val="00BA12CC"/>
    <w:rsid w:val="00BA135A"/>
    <w:rsid w:val="00BA14CD"/>
    <w:rsid w:val="00BA217B"/>
    <w:rsid w:val="00BA25AF"/>
    <w:rsid w:val="00BA286F"/>
    <w:rsid w:val="00BA28B2"/>
    <w:rsid w:val="00BA3F50"/>
    <w:rsid w:val="00BA441C"/>
    <w:rsid w:val="00BA4690"/>
    <w:rsid w:val="00BA48C1"/>
    <w:rsid w:val="00BA4B0B"/>
    <w:rsid w:val="00BA4CEA"/>
    <w:rsid w:val="00BA5211"/>
    <w:rsid w:val="00BA5538"/>
    <w:rsid w:val="00BA5AE5"/>
    <w:rsid w:val="00BA5C72"/>
    <w:rsid w:val="00BA6478"/>
    <w:rsid w:val="00BA6F50"/>
    <w:rsid w:val="00BA7731"/>
    <w:rsid w:val="00BA7AD7"/>
    <w:rsid w:val="00BA7B37"/>
    <w:rsid w:val="00BB0102"/>
    <w:rsid w:val="00BB02B6"/>
    <w:rsid w:val="00BB047A"/>
    <w:rsid w:val="00BB0552"/>
    <w:rsid w:val="00BB0648"/>
    <w:rsid w:val="00BB0C67"/>
    <w:rsid w:val="00BB1A61"/>
    <w:rsid w:val="00BB1D1E"/>
    <w:rsid w:val="00BB1F63"/>
    <w:rsid w:val="00BB2137"/>
    <w:rsid w:val="00BB2371"/>
    <w:rsid w:val="00BB2954"/>
    <w:rsid w:val="00BB29B1"/>
    <w:rsid w:val="00BB2B1D"/>
    <w:rsid w:val="00BB336A"/>
    <w:rsid w:val="00BB38EE"/>
    <w:rsid w:val="00BB3EC9"/>
    <w:rsid w:val="00BB3EDA"/>
    <w:rsid w:val="00BB3F6D"/>
    <w:rsid w:val="00BB4401"/>
    <w:rsid w:val="00BB445A"/>
    <w:rsid w:val="00BB4688"/>
    <w:rsid w:val="00BB49A3"/>
    <w:rsid w:val="00BB5499"/>
    <w:rsid w:val="00BB584D"/>
    <w:rsid w:val="00BB58F2"/>
    <w:rsid w:val="00BB5E75"/>
    <w:rsid w:val="00BB60B7"/>
    <w:rsid w:val="00BB6147"/>
    <w:rsid w:val="00BB6910"/>
    <w:rsid w:val="00BB6DDE"/>
    <w:rsid w:val="00BB74BC"/>
    <w:rsid w:val="00BB79FC"/>
    <w:rsid w:val="00BB7DDC"/>
    <w:rsid w:val="00BC02D1"/>
    <w:rsid w:val="00BC09DE"/>
    <w:rsid w:val="00BC1871"/>
    <w:rsid w:val="00BC2234"/>
    <w:rsid w:val="00BC23CE"/>
    <w:rsid w:val="00BC24DC"/>
    <w:rsid w:val="00BC2CBC"/>
    <w:rsid w:val="00BC2D07"/>
    <w:rsid w:val="00BC3C66"/>
    <w:rsid w:val="00BC4356"/>
    <w:rsid w:val="00BC4624"/>
    <w:rsid w:val="00BC4C8E"/>
    <w:rsid w:val="00BC4F9F"/>
    <w:rsid w:val="00BC5E7F"/>
    <w:rsid w:val="00BC60AA"/>
    <w:rsid w:val="00BC6368"/>
    <w:rsid w:val="00BC6752"/>
    <w:rsid w:val="00BC6DF9"/>
    <w:rsid w:val="00BC701B"/>
    <w:rsid w:val="00BC7BB4"/>
    <w:rsid w:val="00BD0C2E"/>
    <w:rsid w:val="00BD0D58"/>
    <w:rsid w:val="00BD11BF"/>
    <w:rsid w:val="00BD21FA"/>
    <w:rsid w:val="00BD2241"/>
    <w:rsid w:val="00BD2864"/>
    <w:rsid w:val="00BD2B58"/>
    <w:rsid w:val="00BD2E68"/>
    <w:rsid w:val="00BD3634"/>
    <w:rsid w:val="00BD36FE"/>
    <w:rsid w:val="00BD3717"/>
    <w:rsid w:val="00BD3999"/>
    <w:rsid w:val="00BD3DCF"/>
    <w:rsid w:val="00BD3DE6"/>
    <w:rsid w:val="00BD3F9D"/>
    <w:rsid w:val="00BD425F"/>
    <w:rsid w:val="00BD44E1"/>
    <w:rsid w:val="00BD4B18"/>
    <w:rsid w:val="00BD4D31"/>
    <w:rsid w:val="00BD5047"/>
    <w:rsid w:val="00BD5086"/>
    <w:rsid w:val="00BD5568"/>
    <w:rsid w:val="00BD5A00"/>
    <w:rsid w:val="00BD604B"/>
    <w:rsid w:val="00BD6244"/>
    <w:rsid w:val="00BD6811"/>
    <w:rsid w:val="00BD7537"/>
    <w:rsid w:val="00BD7800"/>
    <w:rsid w:val="00BE0477"/>
    <w:rsid w:val="00BE089E"/>
    <w:rsid w:val="00BE0D12"/>
    <w:rsid w:val="00BE0E1E"/>
    <w:rsid w:val="00BE173F"/>
    <w:rsid w:val="00BE1952"/>
    <w:rsid w:val="00BE1A2D"/>
    <w:rsid w:val="00BE1B8A"/>
    <w:rsid w:val="00BE22E8"/>
    <w:rsid w:val="00BE2618"/>
    <w:rsid w:val="00BE2953"/>
    <w:rsid w:val="00BE2962"/>
    <w:rsid w:val="00BE2E2F"/>
    <w:rsid w:val="00BE2EF0"/>
    <w:rsid w:val="00BE3AE2"/>
    <w:rsid w:val="00BE3DBD"/>
    <w:rsid w:val="00BE4CFE"/>
    <w:rsid w:val="00BE4DED"/>
    <w:rsid w:val="00BE4EF5"/>
    <w:rsid w:val="00BE54AD"/>
    <w:rsid w:val="00BE551C"/>
    <w:rsid w:val="00BE57A1"/>
    <w:rsid w:val="00BE5C6A"/>
    <w:rsid w:val="00BE5DC4"/>
    <w:rsid w:val="00BE631B"/>
    <w:rsid w:val="00BE682D"/>
    <w:rsid w:val="00BE71FF"/>
    <w:rsid w:val="00BE74C4"/>
    <w:rsid w:val="00BE7FEF"/>
    <w:rsid w:val="00BF0242"/>
    <w:rsid w:val="00BF0260"/>
    <w:rsid w:val="00BF03AF"/>
    <w:rsid w:val="00BF03DA"/>
    <w:rsid w:val="00BF0642"/>
    <w:rsid w:val="00BF119C"/>
    <w:rsid w:val="00BF11F6"/>
    <w:rsid w:val="00BF15C8"/>
    <w:rsid w:val="00BF1663"/>
    <w:rsid w:val="00BF1963"/>
    <w:rsid w:val="00BF1B22"/>
    <w:rsid w:val="00BF1B5C"/>
    <w:rsid w:val="00BF1D3F"/>
    <w:rsid w:val="00BF226D"/>
    <w:rsid w:val="00BF2378"/>
    <w:rsid w:val="00BF25E8"/>
    <w:rsid w:val="00BF2749"/>
    <w:rsid w:val="00BF2B35"/>
    <w:rsid w:val="00BF348C"/>
    <w:rsid w:val="00BF3A74"/>
    <w:rsid w:val="00BF4F53"/>
    <w:rsid w:val="00BF515E"/>
    <w:rsid w:val="00BF5986"/>
    <w:rsid w:val="00BF5B35"/>
    <w:rsid w:val="00BF6363"/>
    <w:rsid w:val="00BF6486"/>
    <w:rsid w:val="00BF7532"/>
    <w:rsid w:val="00BF77EB"/>
    <w:rsid w:val="00BF7F57"/>
    <w:rsid w:val="00C00F2C"/>
    <w:rsid w:val="00C0150B"/>
    <w:rsid w:val="00C01ABF"/>
    <w:rsid w:val="00C01BF8"/>
    <w:rsid w:val="00C01C90"/>
    <w:rsid w:val="00C01EB8"/>
    <w:rsid w:val="00C024CA"/>
    <w:rsid w:val="00C02975"/>
    <w:rsid w:val="00C02B1D"/>
    <w:rsid w:val="00C02C6C"/>
    <w:rsid w:val="00C034F9"/>
    <w:rsid w:val="00C03C0A"/>
    <w:rsid w:val="00C0403C"/>
    <w:rsid w:val="00C043CA"/>
    <w:rsid w:val="00C0500C"/>
    <w:rsid w:val="00C0578D"/>
    <w:rsid w:val="00C05978"/>
    <w:rsid w:val="00C05D9D"/>
    <w:rsid w:val="00C05FF8"/>
    <w:rsid w:val="00C06899"/>
    <w:rsid w:val="00C07115"/>
    <w:rsid w:val="00C07370"/>
    <w:rsid w:val="00C0789D"/>
    <w:rsid w:val="00C079E8"/>
    <w:rsid w:val="00C07D01"/>
    <w:rsid w:val="00C07D3B"/>
    <w:rsid w:val="00C102AF"/>
    <w:rsid w:val="00C10883"/>
    <w:rsid w:val="00C10C1B"/>
    <w:rsid w:val="00C10D22"/>
    <w:rsid w:val="00C10EC8"/>
    <w:rsid w:val="00C11868"/>
    <w:rsid w:val="00C11F25"/>
    <w:rsid w:val="00C11F2D"/>
    <w:rsid w:val="00C11FA0"/>
    <w:rsid w:val="00C128F8"/>
    <w:rsid w:val="00C12963"/>
    <w:rsid w:val="00C12B30"/>
    <w:rsid w:val="00C12DE3"/>
    <w:rsid w:val="00C13194"/>
    <w:rsid w:val="00C13482"/>
    <w:rsid w:val="00C13D44"/>
    <w:rsid w:val="00C140D3"/>
    <w:rsid w:val="00C141D0"/>
    <w:rsid w:val="00C149C0"/>
    <w:rsid w:val="00C1520B"/>
    <w:rsid w:val="00C15976"/>
    <w:rsid w:val="00C15E41"/>
    <w:rsid w:val="00C1634B"/>
    <w:rsid w:val="00C16DCB"/>
    <w:rsid w:val="00C16ED3"/>
    <w:rsid w:val="00C17055"/>
    <w:rsid w:val="00C17398"/>
    <w:rsid w:val="00C17449"/>
    <w:rsid w:val="00C17870"/>
    <w:rsid w:val="00C17BE8"/>
    <w:rsid w:val="00C17CCD"/>
    <w:rsid w:val="00C17DB6"/>
    <w:rsid w:val="00C20E7E"/>
    <w:rsid w:val="00C211FB"/>
    <w:rsid w:val="00C2162A"/>
    <w:rsid w:val="00C21694"/>
    <w:rsid w:val="00C22D5C"/>
    <w:rsid w:val="00C22D72"/>
    <w:rsid w:val="00C2384C"/>
    <w:rsid w:val="00C23C0D"/>
    <w:rsid w:val="00C23F45"/>
    <w:rsid w:val="00C24174"/>
    <w:rsid w:val="00C245D6"/>
    <w:rsid w:val="00C2492C"/>
    <w:rsid w:val="00C25124"/>
    <w:rsid w:val="00C251DC"/>
    <w:rsid w:val="00C25B97"/>
    <w:rsid w:val="00C264E7"/>
    <w:rsid w:val="00C2660B"/>
    <w:rsid w:val="00C267B5"/>
    <w:rsid w:val="00C2694C"/>
    <w:rsid w:val="00C26E96"/>
    <w:rsid w:val="00C27D59"/>
    <w:rsid w:val="00C3014D"/>
    <w:rsid w:val="00C3053E"/>
    <w:rsid w:val="00C30B62"/>
    <w:rsid w:val="00C30D12"/>
    <w:rsid w:val="00C31126"/>
    <w:rsid w:val="00C3193D"/>
    <w:rsid w:val="00C31CDE"/>
    <w:rsid w:val="00C32DEB"/>
    <w:rsid w:val="00C32E7D"/>
    <w:rsid w:val="00C32E7E"/>
    <w:rsid w:val="00C33502"/>
    <w:rsid w:val="00C33561"/>
    <w:rsid w:val="00C338DB"/>
    <w:rsid w:val="00C33F3E"/>
    <w:rsid w:val="00C34A8C"/>
    <w:rsid w:val="00C34E75"/>
    <w:rsid w:val="00C34EEE"/>
    <w:rsid w:val="00C35549"/>
    <w:rsid w:val="00C35822"/>
    <w:rsid w:val="00C358C0"/>
    <w:rsid w:val="00C35956"/>
    <w:rsid w:val="00C359F7"/>
    <w:rsid w:val="00C35F66"/>
    <w:rsid w:val="00C3630B"/>
    <w:rsid w:val="00C36A09"/>
    <w:rsid w:val="00C36A18"/>
    <w:rsid w:val="00C36BCA"/>
    <w:rsid w:val="00C36D97"/>
    <w:rsid w:val="00C37206"/>
    <w:rsid w:val="00C3778A"/>
    <w:rsid w:val="00C37825"/>
    <w:rsid w:val="00C3793E"/>
    <w:rsid w:val="00C37AA2"/>
    <w:rsid w:val="00C402D5"/>
    <w:rsid w:val="00C40A72"/>
    <w:rsid w:val="00C41216"/>
    <w:rsid w:val="00C4136F"/>
    <w:rsid w:val="00C41631"/>
    <w:rsid w:val="00C41BA2"/>
    <w:rsid w:val="00C42488"/>
    <w:rsid w:val="00C42818"/>
    <w:rsid w:val="00C42EEC"/>
    <w:rsid w:val="00C43026"/>
    <w:rsid w:val="00C4470A"/>
    <w:rsid w:val="00C44F8A"/>
    <w:rsid w:val="00C44FBD"/>
    <w:rsid w:val="00C450CE"/>
    <w:rsid w:val="00C45126"/>
    <w:rsid w:val="00C45693"/>
    <w:rsid w:val="00C458C1"/>
    <w:rsid w:val="00C4597E"/>
    <w:rsid w:val="00C45D76"/>
    <w:rsid w:val="00C46029"/>
    <w:rsid w:val="00C4635D"/>
    <w:rsid w:val="00C464C3"/>
    <w:rsid w:val="00C467CA"/>
    <w:rsid w:val="00C46833"/>
    <w:rsid w:val="00C468EC"/>
    <w:rsid w:val="00C47092"/>
    <w:rsid w:val="00C472C2"/>
    <w:rsid w:val="00C47692"/>
    <w:rsid w:val="00C50764"/>
    <w:rsid w:val="00C50DE7"/>
    <w:rsid w:val="00C5121C"/>
    <w:rsid w:val="00C51438"/>
    <w:rsid w:val="00C5164C"/>
    <w:rsid w:val="00C517E0"/>
    <w:rsid w:val="00C51E89"/>
    <w:rsid w:val="00C52375"/>
    <w:rsid w:val="00C529AE"/>
    <w:rsid w:val="00C52DA1"/>
    <w:rsid w:val="00C52E38"/>
    <w:rsid w:val="00C53119"/>
    <w:rsid w:val="00C53DFB"/>
    <w:rsid w:val="00C54A81"/>
    <w:rsid w:val="00C55724"/>
    <w:rsid w:val="00C557E8"/>
    <w:rsid w:val="00C55C5B"/>
    <w:rsid w:val="00C56251"/>
    <w:rsid w:val="00C56401"/>
    <w:rsid w:val="00C566B6"/>
    <w:rsid w:val="00C56A58"/>
    <w:rsid w:val="00C5778C"/>
    <w:rsid w:val="00C57793"/>
    <w:rsid w:val="00C57B2E"/>
    <w:rsid w:val="00C600DB"/>
    <w:rsid w:val="00C60BFB"/>
    <w:rsid w:val="00C60C39"/>
    <w:rsid w:val="00C60D03"/>
    <w:rsid w:val="00C613F7"/>
    <w:rsid w:val="00C61965"/>
    <w:rsid w:val="00C61A16"/>
    <w:rsid w:val="00C61F54"/>
    <w:rsid w:val="00C61F9A"/>
    <w:rsid w:val="00C62615"/>
    <w:rsid w:val="00C62A83"/>
    <w:rsid w:val="00C62B49"/>
    <w:rsid w:val="00C62BD1"/>
    <w:rsid w:val="00C6360B"/>
    <w:rsid w:val="00C63E98"/>
    <w:rsid w:val="00C64305"/>
    <w:rsid w:val="00C64439"/>
    <w:rsid w:val="00C64994"/>
    <w:rsid w:val="00C64A73"/>
    <w:rsid w:val="00C64D14"/>
    <w:rsid w:val="00C64DC8"/>
    <w:rsid w:val="00C64DEA"/>
    <w:rsid w:val="00C65119"/>
    <w:rsid w:val="00C65434"/>
    <w:rsid w:val="00C65470"/>
    <w:rsid w:val="00C65BE9"/>
    <w:rsid w:val="00C66397"/>
    <w:rsid w:val="00C66807"/>
    <w:rsid w:val="00C66A9D"/>
    <w:rsid w:val="00C67858"/>
    <w:rsid w:val="00C67A1A"/>
    <w:rsid w:val="00C67FA9"/>
    <w:rsid w:val="00C7068F"/>
    <w:rsid w:val="00C707C2"/>
    <w:rsid w:val="00C70830"/>
    <w:rsid w:val="00C70942"/>
    <w:rsid w:val="00C71933"/>
    <w:rsid w:val="00C71C16"/>
    <w:rsid w:val="00C7210B"/>
    <w:rsid w:val="00C72333"/>
    <w:rsid w:val="00C72964"/>
    <w:rsid w:val="00C72A7F"/>
    <w:rsid w:val="00C732E5"/>
    <w:rsid w:val="00C732F6"/>
    <w:rsid w:val="00C7352C"/>
    <w:rsid w:val="00C739B2"/>
    <w:rsid w:val="00C73FD9"/>
    <w:rsid w:val="00C74053"/>
    <w:rsid w:val="00C745EF"/>
    <w:rsid w:val="00C74A6C"/>
    <w:rsid w:val="00C74C88"/>
    <w:rsid w:val="00C74CF8"/>
    <w:rsid w:val="00C755DB"/>
    <w:rsid w:val="00C7573D"/>
    <w:rsid w:val="00C757BE"/>
    <w:rsid w:val="00C75BB4"/>
    <w:rsid w:val="00C75E79"/>
    <w:rsid w:val="00C77270"/>
    <w:rsid w:val="00C77C15"/>
    <w:rsid w:val="00C77C6E"/>
    <w:rsid w:val="00C77F1E"/>
    <w:rsid w:val="00C804FC"/>
    <w:rsid w:val="00C82220"/>
    <w:rsid w:val="00C8225A"/>
    <w:rsid w:val="00C82D20"/>
    <w:rsid w:val="00C82FB1"/>
    <w:rsid w:val="00C83199"/>
    <w:rsid w:val="00C83D85"/>
    <w:rsid w:val="00C83E14"/>
    <w:rsid w:val="00C84021"/>
    <w:rsid w:val="00C846CB"/>
    <w:rsid w:val="00C8485D"/>
    <w:rsid w:val="00C84C2A"/>
    <w:rsid w:val="00C84FB9"/>
    <w:rsid w:val="00C853D5"/>
    <w:rsid w:val="00C863E6"/>
    <w:rsid w:val="00C86BDA"/>
    <w:rsid w:val="00C878FD"/>
    <w:rsid w:val="00C87A29"/>
    <w:rsid w:val="00C87BB3"/>
    <w:rsid w:val="00C87D94"/>
    <w:rsid w:val="00C900CE"/>
    <w:rsid w:val="00C9033F"/>
    <w:rsid w:val="00C903BD"/>
    <w:rsid w:val="00C90CCF"/>
    <w:rsid w:val="00C9154A"/>
    <w:rsid w:val="00C919E2"/>
    <w:rsid w:val="00C91E9E"/>
    <w:rsid w:val="00C924D6"/>
    <w:rsid w:val="00C928D9"/>
    <w:rsid w:val="00C936B6"/>
    <w:rsid w:val="00C940CA"/>
    <w:rsid w:val="00C940D0"/>
    <w:rsid w:val="00C947E0"/>
    <w:rsid w:val="00C94BF9"/>
    <w:rsid w:val="00C9589E"/>
    <w:rsid w:val="00C95BA3"/>
    <w:rsid w:val="00C95C76"/>
    <w:rsid w:val="00C95F84"/>
    <w:rsid w:val="00C9620D"/>
    <w:rsid w:val="00C968A9"/>
    <w:rsid w:val="00C96FF7"/>
    <w:rsid w:val="00C9710D"/>
    <w:rsid w:val="00C97232"/>
    <w:rsid w:val="00C972CC"/>
    <w:rsid w:val="00C97717"/>
    <w:rsid w:val="00C977C5"/>
    <w:rsid w:val="00C97D82"/>
    <w:rsid w:val="00CA04B6"/>
    <w:rsid w:val="00CA07E6"/>
    <w:rsid w:val="00CA09D1"/>
    <w:rsid w:val="00CA0BF6"/>
    <w:rsid w:val="00CA0DE9"/>
    <w:rsid w:val="00CA0E3E"/>
    <w:rsid w:val="00CA1132"/>
    <w:rsid w:val="00CA1DCB"/>
    <w:rsid w:val="00CA226E"/>
    <w:rsid w:val="00CA2B9C"/>
    <w:rsid w:val="00CA2F2B"/>
    <w:rsid w:val="00CA2F6E"/>
    <w:rsid w:val="00CA37B4"/>
    <w:rsid w:val="00CA3D9D"/>
    <w:rsid w:val="00CA43EB"/>
    <w:rsid w:val="00CA43EC"/>
    <w:rsid w:val="00CA4A2F"/>
    <w:rsid w:val="00CA4B6D"/>
    <w:rsid w:val="00CA5024"/>
    <w:rsid w:val="00CA52DF"/>
    <w:rsid w:val="00CA5FC2"/>
    <w:rsid w:val="00CA6642"/>
    <w:rsid w:val="00CA6CFE"/>
    <w:rsid w:val="00CA6FFE"/>
    <w:rsid w:val="00CA7825"/>
    <w:rsid w:val="00CA7AAE"/>
    <w:rsid w:val="00CB026A"/>
    <w:rsid w:val="00CB0664"/>
    <w:rsid w:val="00CB06A7"/>
    <w:rsid w:val="00CB10B8"/>
    <w:rsid w:val="00CB15C4"/>
    <w:rsid w:val="00CB29AC"/>
    <w:rsid w:val="00CB29BC"/>
    <w:rsid w:val="00CB2B9B"/>
    <w:rsid w:val="00CB36E1"/>
    <w:rsid w:val="00CB3A7B"/>
    <w:rsid w:val="00CB4465"/>
    <w:rsid w:val="00CB4AA1"/>
    <w:rsid w:val="00CB50B6"/>
    <w:rsid w:val="00CB5417"/>
    <w:rsid w:val="00CB5B4C"/>
    <w:rsid w:val="00CB6667"/>
    <w:rsid w:val="00CB6C69"/>
    <w:rsid w:val="00CB73F8"/>
    <w:rsid w:val="00CB77F1"/>
    <w:rsid w:val="00CB7A03"/>
    <w:rsid w:val="00CC0098"/>
    <w:rsid w:val="00CC04D3"/>
    <w:rsid w:val="00CC074A"/>
    <w:rsid w:val="00CC0D5B"/>
    <w:rsid w:val="00CC1181"/>
    <w:rsid w:val="00CC14D2"/>
    <w:rsid w:val="00CC22A8"/>
    <w:rsid w:val="00CC26B9"/>
    <w:rsid w:val="00CC29CE"/>
    <w:rsid w:val="00CC3D55"/>
    <w:rsid w:val="00CC4916"/>
    <w:rsid w:val="00CC5166"/>
    <w:rsid w:val="00CC5492"/>
    <w:rsid w:val="00CC5C06"/>
    <w:rsid w:val="00CC5E59"/>
    <w:rsid w:val="00CC65F7"/>
    <w:rsid w:val="00CC6A7D"/>
    <w:rsid w:val="00CC7C19"/>
    <w:rsid w:val="00CC7C91"/>
    <w:rsid w:val="00CC7DF1"/>
    <w:rsid w:val="00CC7E65"/>
    <w:rsid w:val="00CD06ED"/>
    <w:rsid w:val="00CD1BA2"/>
    <w:rsid w:val="00CD2919"/>
    <w:rsid w:val="00CD2BAE"/>
    <w:rsid w:val="00CD2CDE"/>
    <w:rsid w:val="00CD3618"/>
    <w:rsid w:val="00CD38D5"/>
    <w:rsid w:val="00CD3E3F"/>
    <w:rsid w:val="00CD415F"/>
    <w:rsid w:val="00CD44B7"/>
    <w:rsid w:val="00CD47D0"/>
    <w:rsid w:val="00CD4C16"/>
    <w:rsid w:val="00CD4DDD"/>
    <w:rsid w:val="00CD4EA9"/>
    <w:rsid w:val="00CD4FB0"/>
    <w:rsid w:val="00CD5BC0"/>
    <w:rsid w:val="00CD627F"/>
    <w:rsid w:val="00CD63F5"/>
    <w:rsid w:val="00CD6413"/>
    <w:rsid w:val="00CD71D8"/>
    <w:rsid w:val="00CD73CE"/>
    <w:rsid w:val="00CD75B7"/>
    <w:rsid w:val="00CD7B51"/>
    <w:rsid w:val="00CD7CED"/>
    <w:rsid w:val="00CE0B28"/>
    <w:rsid w:val="00CE0F43"/>
    <w:rsid w:val="00CE25FF"/>
    <w:rsid w:val="00CE27E8"/>
    <w:rsid w:val="00CE2A8A"/>
    <w:rsid w:val="00CE2FFC"/>
    <w:rsid w:val="00CE3518"/>
    <w:rsid w:val="00CE35F3"/>
    <w:rsid w:val="00CE3908"/>
    <w:rsid w:val="00CE392A"/>
    <w:rsid w:val="00CE3AEB"/>
    <w:rsid w:val="00CE4A78"/>
    <w:rsid w:val="00CE4E6F"/>
    <w:rsid w:val="00CE4F0B"/>
    <w:rsid w:val="00CE5185"/>
    <w:rsid w:val="00CE594A"/>
    <w:rsid w:val="00CE5E7F"/>
    <w:rsid w:val="00CE62E4"/>
    <w:rsid w:val="00CE65F3"/>
    <w:rsid w:val="00CE6603"/>
    <w:rsid w:val="00CE6673"/>
    <w:rsid w:val="00CE6ABE"/>
    <w:rsid w:val="00CE6CE6"/>
    <w:rsid w:val="00CE6E03"/>
    <w:rsid w:val="00CE7128"/>
    <w:rsid w:val="00CE781C"/>
    <w:rsid w:val="00CE7A19"/>
    <w:rsid w:val="00CF0DB2"/>
    <w:rsid w:val="00CF0E2D"/>
    <w:rsid w:val="00CF0ED4"/>
    <w:rsid w:val="00CF1316"/>
    <w:rsid w:val="00CF1724"/>
    <w:rsid w:val="00CF1F0F"/>
    <w:rsid w:val="00CF2323"/>
    <w:rsid w:val="00CF2BC0"/>
    <w:rsid w:val="00CF2D27"/>
    <w:rsid w:val="00CF2E32"/>
    <w:rsid w:val="00CF300B"/>
    <w:rsid w:val="00CF3219"/>
    <w:rsid w:val="00CF3C1E"/>
    <w:rsid w:val="00CF3F87"/>
    <w:rsid w:val="00CF440F"/>
    <w:rsid w:val="00CF44AE"/>
    <w:rsid w:val="00CF4A5A"/>
    <w:rsid w:val="00CF4BE5"/>
    <w:rsid w:val="00CF4E44"/>
    <w:rsid w:val="00CF545A"/>
    <w:rsid w:val="00CF55DF"/>
    <w:rsid w:val="00CF6003"/>
    <w:rsid w:val="00CF6658"/>
    <w:rsid w:val="00CF71F8"/>
    <w:rsid w:val="00CF7555"/>
    <w:rsid w:val="00CF77ED"/>
    <w:rsid w:val="00D001B7"/>
    <w:rsid w:val="00D0055F"/>
    <w:rsid w:val="00D01066"/>
    <w:rsid w:val="00D010A9"/>
    <w:rsid w:val="00D01137"/>
    <w:rsid w:val="00D0141B"/>
    <w:rsid w:val="00D0161B"/>
    <w:rsid w:val="00D0188C"/>
    <w:rsid w:val="00D01B7B"/>
    <w:rsid w:val="00D01D80"/>
    <w:rsid w:val="00D02075"/>
    <w:rsid w:val="00D02311"/>
    <w:rsid w:val="00D024FD"/>
    <w:rsid w:val="00D02526"/>
    <w:rsid w:val="00D027EA"/>
    <w:rsid w:val="00D032EC"/>
    <w:rsid w:val="00D032F8"/>
    <w:rsid w:val="00D033CB"/>
    <w:rsid w:val="00D03DBA"/>
    <w:rsid w:val="00D04279"/>
    <w:rsid w:val="00D04AA5"/>
    <w:rsid w:val="00D04CD6"/>
    <w:rsid w:val="00D04F72"/>
    <w:rsid w:val="00D0505A"/>
    <w:rsid w:val="00D0523B"/>
    <w:rsid w:val="00D056A4"/>
    <w:rsid w:val="00D06116"/>
    <w:rsid w:val="00D06681"/>
    <w:rsid w:val="00D06848"/>
    <w:rsid w:val="00D07052"/>
    <w:rsid w:val="00D07228"/>
    <w:rsid w:val="00D07722"/>
    <w:rsid w:val="00D07BB5"/>
    <w:rsid w:val="00D07BCD"/>
    <w:rsid w:val="00D1032E"/>
    <w:rsid w:val="00D120C9"/>
    <w:rsid w:val="00D123D7"/>
    <w:rsid w:val="00D1293B"/>
    <w:rsid w:val="00D12B35"/>
    <w:rsid w:val="00D13021"/>
    <w:rsid w:val="00D1342E"/>
    <w:rsid w:val="00D138EE"/>
    <w:rsid w:val="00D139CA"/>
    <w:rsid w:val="00D149BC"/>
    <w:rsid w:val="00D14D04"/>
    <w:rsid w:val="00D14F0E"/>
    <w:rsid w:val="00D14F3B"/>
    <w:rsid w:val="00D14FFB"/>
    <w:rsid w:val="00D154A8"/>
    <w:rsid w:val="00D15544"/>
    <w:rsid w:val="00D15AD0"/>
    <w:rsid w:val="00D15B85"/>
    <w:rsid w:val="00D15CD9"/>
    <w:rsid w:val="00D15D4E"/>
    <w:rsid w:val="00D15F05"/>
    <w:rsid w:val="00D15F2F"/>
    <w:rsid w:val="00D16B22"/>
    <w:rsid w:val="00D16DD7"/>
    <w:rsid w:val="00D17352"/>
    <w:rsid w:val="00D1756C"/>
    <w:rsid w:val="00D17BEB"/>
    <w:rsid w:val="00D17E1E"/>
    <w:rsid w:val="00D17F2F"/>
    <w:rsid w:val="00D20939"/>
    <w:rsid w:val="00D2110E"/>
    <w:rsid w:val="00D2141D"/>
    <w:rsid w:val="00D21AC8"/>
    <w:rsid w:val="00D21B9F"/>
    <w:rsid w:val="00D21E42"/>
    <w:rsid w:val="00D2204A"/>
    <w:rsid w:val="00D22822"/>
    <w:rsid w:val="00D22991"/>
    <w:rsid w:val="00D23956"/>
    <w:rsid w:val="00D23B5B"/>
    <w:rsid w:val="00D23D1F"/>
    <w:rsid w:val="00D23E6B"/>
    <w:rsid w:val="00D243B9"/>
    <w:rsid w:val="00D2442C"/>
    <w:rsid w:val="00D246FD"/>
    <w:rsid w:val="00D24941"/>
    <w:rsid w:val="00D24E91"/>
    <w:rsid w:val="00D2541F"/>
    <w:rsid w:val="00D25850"/>
    <w:rsid w:val="00D25AC9"/>
    <w:rsid w:val="00D262AA"/>
    <w:rsid w:val="00D26E89"/>
    <w:rsid w:val="00D271DA"/>
    <w:rsid w:val="00D27544"/>
    <w:rsid w:val="00D27B8E"/>
    <w:rsid w:val="00D3006F"/>
    <w:rsid w:val="00D303B2"/>
    <w:rsid w:val="00D30408"/>
    <w:rsid w:val="00D305BB"/>
    <w:rsid w:val="00D305CE"/>
    <w:rsid w:val="00D31727"/>
    <w:rsid w:val="00D31849"/>
    <w:rsid w:val="00D31AAA"/>
    <w:rsid w:val="00D31EB6"/>
    <w:rsid w:val="00D3204E"/>
    <w:rsid w:val="00D32368"/>
    <w:rsid w:val="00D3242E"/>
    <w:rsid w:val="00D3257B"/>
    <w:rsid w:val="00D32EA3"/>
    <w:rsid w:val="00D3437B"/>
    <w:rsid w:val="00D34670"/>
    <w:rsid w:val="00D34ACF"/>
    <w:rsid w:val="00D35149"/>
    <w:rsid w:val="00D3556F"/>
    <w:rsid w:val="00D3640F"/>
    <w:rsid w:val="00D36917"/>
    <w:rsid w:val="00D36D77"/>
    <w:rsid w:val="00D36ED8"/>
    <w:rsid w:val="00D3711C"/>
    <w:rsid w:val="00D371F3"/>
    <w:rsid w:val="00D3736A"/>
    <w:rsid w:val="00D37FEE"/>
    <w:rsid w:val="00D40520"/>
    <w:rsid w:val="00D40736"/>
    <w:rsid w:val="00D40C60"/>
    <w:rsid w:val="00D412E9"/>
    <w:rsid w:val="00D419A1"/>
    <w:rsid w:val="00D421D8"/>
    <w:rsid w:val="00D42232"/>
    <w:rsid w:val="00D422D2"/>
    <w:rsid w:val="00D42518"/>
    <w:rsid w:val="00D42A58"/>
    <w:rsid w:val="00D42C33"/>
    <w:rsid w:val="00D42D31"/>
    <w:rsid w:val="00D42D3A"/>
    <w:rsid w:val="00D44B56"/>
    <w:rsid w:val="00D44C02"/>
    <w:rsid w:val="00D45720"/>
    <w:rsid w:val="00D45AA8"/>
    <w:rsid w:val="00D47675"/>
    <w:rsid w:val="00D47FEE"/>
    <w:rsid w:val="00D501C6"/>
    <w:rsid w:val="00D50683"/>
    <w:rsid w:val="00D5092A"/>
    <w:rsid w:val="00D51B4C"/>
    <w:rsid w:val="00D51D84"/>
    <w:rsid w:val="00D52A54"/>
    <w:rsid w:val="00D52E76"/>
    <w:rsid w:val="00D53845"/>
    <w:rsid w:val="00D53998"/>
    <w:rsid w:val="00D53D67"/>
    <w:rsid w:val="00D53DAA"/>
    <w:rsid w:val="00D540BE"/>
    <w:rsid w:val="00D54B1A"/>
    <w:rsid w:val="00D54BBC"/>
    <w:rsid w:val="00D5564F"/>
    <w:rsid w:val="00D55BC2"/>
    <w:rsid w:val="00D55C31"/>
    <w:rsid w:val="00D55F06"/>
    <w:rsid w:val="00D55F3F"/>
    <w:rsid w:val="00D55FEE"/>
    <w:rsid w:val="00D562A5"/>
    <w:rsid w:val="00D565A9"/>
    <w:rsid w:val="00D56CF7"/>
    <w:rsid w:val="00D56D0F"/>
    <w:rsid w:val="00D57941"/>
    <w:rsid w:val="00D57B53"/>
    <w:rsid w:val="00D60778"/>
    <w:rsid w:val="00D608DF"/>
    <w:rsid w:val="00D609AC"/>
    <w:rsid w:val="00D60DBC"/>
    <w:rsid w:val="00D61290"/>
    <w:rsid w:val="00D61392"/>
    <w:rsid w:val="00D63715"/>
    <w:rsid w:val="00D6382B"/>
    <w:rsid w:val="00D63FEA"/>
    <w:rsid w:val="00D64601"/>
    <w:rsid w:val="00D64828"/>
    <w:rsid w:val="00D65C81"/>
    <w:rsid w:val="00D66210"/>
    <w:rsid w:val="00D66342"/>
    <w:rsid w:val="00D6687F"/>
    <w:rsid w:val="00D6740B"/>
    <w:rsid w:val="00D67FBE"/>
    <w:rsid w:val="00D701F9"/>
    <w:rsid w:val="00D70C15"/>
    <w:rsid w:val="00D71798"/>
    <w:rsid w:val="00D718F0"/>
    <w:rsid w:val="00D71A80"/>
    <w:rsid w:val="00D71C72"/>
    <w:rsid w:val="00D720AC"/>
    <w:rsid w:val="00D72212"/>
    <w:rsid w:val="00D722E9"/>
    <w:rsid w:val="00D73464"/>
    <w:rsid w:val="00D73552"/>
    <w:rsid w:val="00D73992"/>
    <w:rsid w:val="00D73C4B"/>
    <w:rsid w:val="00D7404A"/>
    <w:rsid w:val="00D74837"/>
    <w:rsid w:val="00D74E7D"/>
    <w:rsid w:val="00D753A2"/>
    <w:rsid w:val="00D7543C"/>
    <w:rsid w:val="00D75C6C"/>
    <w:rsid w:val="00D76CCC"/>
    <w:rsid w:val="00D77374"/>
    <w:rsid w:val="00D774D6"/>
    <w:rsid w:val="00D77A58"/>
    <w:rsid w:val="00D77BCC"/>
    <w:rsid w:val="00D80318"/>
    <w:rsid w:val="00D80651"/>
    <w:rsid w:val="00D806CF"/>
    <w:rsid w:val="00D809C7"/>
    <w:rsid w:val="00D80FE6"/>
    <w:rsid w:val="00D81327"/>
    <w:rsid w:val="00D81853"/>
    <w:rsid w:val="00D82AA5"/>
    <w:rsid w:val="00D82BC9"/>
    <w:rsid w:val="00D82F36"/>
    <w:rsid w:val="00D833B4"/>
    <w:rsid w:val="00D83582"/>
    <w:rsid w:val="00D835DB"/>
    <w:rsid w:val="00D8377B"/>
    <w:rsid w:val="00D84653"/>
    <w:rsid w:val="00D848DC"/>
    <w:rsid w:val="00D849E3"/>
    <w:rsid w:val="00D84D36"/>
    <w:rsid w:val="00D84D84"/>
    <w:rsid w:val="00D84E5B"/>
    <w:rsid w:val="00D84EEC"/>
    <w:rsid w:val="00D84FFE"/>
    <w:rsid w:val="00D8581B"/>
    <w:rsid w:val="00D85F9A"/>
    <w:rsid w:val="00D86B5D"/>
    <w:rsid w:val="00D86D50"/>
    <w:rsid w:val="00D86D99"/>
    <w:rsid w:val="00D87A40"/>
    <w:rsid w:val="00D87AC5"/>
    <w:rsid w:val="00D9017A"/>
    <w:rsid w:val="00D90941"/>
    <w:rsid w:val="00D90A1B"/>
    <w:rsid w:val="00D90A76"/>
    <w:rsid w:val="00D918E0"/>
    <w:rsid w:val="00D91DF4"/>
    <w:rsid w:val="00D921F2"/>
    <w:rsid w:val="00D92484"/>
    <w:rsid w:val="00D92992"/>
    <w:rsid w:val="00D938C3"/>
    <w:rsid w:val="00D939FC"/>
    <w:rsid w:val="00D93E4E"/>
    <w:rsid w:val="00D93E7F"/>
    <w:rsid w:val="00D93FFA"/>
    <w:rsid w:val="00D94191"/>
    <w:rsid w:val="00D94703"/>
    <w:rsid w:val="00D94759"/>
    <w:rsid w:val="00D9477A"/>
    <w:rsid w:val="00D94894"/>
    <w:rsid w:val="00D94ADA"/>
    <w:rsid w:val="00D94BA5"/>
    <w:rsid w:val="00D94E70"/>
    <w:rsid w:val="00D95567"/>
    <w:rsid w:val="00D95C0F"/>
    <w:rsid w:val="00D96074"/>
    <w:rsid w:val="00D962AC"/>
    <w:rsid w:val="00D9698B"/>
    <w:rsid w:val="00D96AD0"/>
    <w:rsid w:val="00D96D53"/>
    <w:rsid w:val="00D973B5"/>
    <w:rsid w:val="00D978A9"/>
    <w:rsid w:val="00D97972"/>
    <w:rsid w:val="00D97B39"/>
    <w:rsid w:val="00D97D10"/>
    <w:rsid w:val="00DA001A"/>
    <w:rsid w:val="00DA0190"/>
    <w:rsid w:val="00DA0856"/>
    <w:rsid w:val="00DA0A01"/>
    <w:rsid w:val="00DA0A63"/>
    <w:rsid w:val="00DA0BD2"/>
    <w:rsid w:val="00DA0C98"/>
    <w:rsid w:val="00DA0D9F"/>
    <w:rsid w:val="00DA13F3"/>
    <w:rsid w:val="00DA1D2B"/>
    <w:rsid w:val="00DA200A"/>
    <w:rsid w:val="00DA22C9"/>
    <w:rsid w:val="00DA2802"/>
    <w:rsid w:val="00DA28E6"/>
    <w:rsid w:val="00DA29CD"/>
    <w:rsid w:val="00DA3457"/>
    <w:rsid w:val="00DA3635"/>
    <w:rsid w:val="00DA368C"/>
    <w:rsid w:val="00DA37AF"/>
    <w:rsid w:val="00DA3F93"/>
    <w:rsid w:val="00DA40E0"/>
    <w:rsid w:val="00DA445B"/>
    <w:rsid w:val="00DA4D8D"/>
    <w:rsid w:val="00DA4E73"/>
    <w:rsid w:val="00DA5B9E"/>
    <w:rsid w:val="00DA5E34"/>
    <w:rsid w:val="00DA6212"/>
    <w:rsid w:val="00DA6220"/>
    <w:rsid w:val="00DA6E88"/>
    <w:rsid w:val="00DA716E"/>
    <w:rsid w:val="00DA7198"/>
    <w:rsid w:val="00DA7559"/>
    <w:rsid w:val="00DA77BA"/>
    <w:rsid w:val="00DA77FC"/>
    <w:rsid w:val="00DA7EC7"/>
    <w:rsid w:val="00DA7FD1"/>
    <w:rsid w:val="00DB03F5"/>
    <w:rsid w:val="00DB1296"/>
    <w:rsid w:val="00DB1806"/>
    <w:rsid w:val="00DB1E06"/>
    <w:rsid w:val="00DB273B"/>
    <w:rsid w:val="00DB301B"/>
    <w:rsid w:val="00DB30F2"/>
    <w:rsid w:val="00DB3A2D"/>
    <w:rsid w:val="00DB3F16"/>
    <w:rsid w:val="00DB4131"/>
    <w:rsid w:val="00DB42D8"/>
    <w:rsid w:val="00DB4826"/>
    <w:rsid w:val="00DB49BD"/>
    <w:rsid w:val="00DB5263"/>
    <w:rsid w:val="00DB544E"/>
    <w:rsid w:val="00DB547B"/>
    <w:rsid w:val="00DB572C"/>
    <w:rsid w:val="00DB607E"/>
    <w:rsid w:val="00DB6132"/>
    <w:rsid w:val="00DB613A"/>
    <w:rsid w:val="00DB630B"/>
    <w:rsid w:val="00DB7B26"/>
    <w:rsid w:val="00DB7D36"/>
    <w:rsid w:val="00DB7FE2"/>
    <w:rsid w:val="00DC0579"/>
    <w:rsid w:val="00DC0866"/>
    <w:rsid w:val="00DC08BB"/>
    <w:rsid w:val="00DC13BE"/>
    <w:rsid w:val="00DC1678"/>
    <w:rsid w:val="00DC1C0C"/>
    <w:rsid w:val="00DC1CEF"/>
    <w:rsid w:val="00DC1F26"/>
    <w:rsid w:val="00DC2146"/>
    <w:rsid w:val="00DC2183"/>
    <w:rsid w:val="00DC23C2"/>
    <w:rsid w:val="00DC244C"/>
    <w:rsid w:val="00DC2B73"/>
    <w:rsid w:val="00DC3174"/>
    <w:rsid w:val="00DC3656"/>
    <w:rsid w:val="00DC3A5F"/>
    <w:rsid w:val="00DC3B7B"/>
    <w:rsid w:val="00DC5ABF"/>
    <w:rsid w:val="00DC5D10"/>
    <w:rsid w:val="00DC601B"/>
    <w:rsid w:val="00DC61B2"/>
    <w:rsid w:val="00DC630E"/>
    <w:rsid w:val="00DC6955"/>
    <w:rsid w:val="00DC6BFA"/>
    <w:rsid w:val="00DC7656"/>
    <w:rsid w:val="00DD0674"/>
    <w:rsid w:val="00DD137B"/>
    <w:rsid w:val="00DD1DB8"/>
    <w:rsid w:val="00DD2633"/>
    <w:rsid w:val="00DD2721"/>
    <w:rsid w:val="00DD2CEA"/>
    <w:rsid w:val="00DD2FD3"/>
    <w:rsid w:val="00DD348C"/>
    <w:rsid w:val="00DD3E7D"/>
    <w:rsid w:val="00DD3F3B"/>
    <w:rsid w:val="00DD44B2"/>
    <w:rsid w:val="00DD4685"/>
    <w:rsid w:val="00DD4C39"/>
    <w:rsid w:val="00DD5246"/>
    <w:rsid w:val="00DD58E5"/>
    <w:rsid w:val="00DD5A2C"/>
    <w:rsid w:val="00DD5B48"/>
    <w:rsid w:val="00DD60B2"/>
    <w:rsid w:val="00DD613A"/>
    <w:rsid w:val="00DD6428"/>
    <w:rsid w:val="00DD66C8"/>
    <w:rsid w:val="00DD670F"/>
    <w:rsid w:val="00DD69D4"/>
    <w:rsid w:val="00DD6A4C"/>
    <w:rsid w:val="00DD6AE5"/>
    <w:rsid w:val="00DD6BDF"/>
    <w:rsid w:val="00DD6FAC"/>
    <w:rsid w:val="00DD736A"/>
    <w:rsid w:val="00DD75BC"/>
    <w:rsid w:val="00DD78B8"/>
    <w:rsid w:val="00DE017E"/>
    <w:rsid w:val="00DE0486"/>
    <w:rsid w:val="00DE07BE"/>
    <w:rsid w:val="00DE0A23"/>
    <w:rsid w:val="00DE0A9B"/>
    <w:rsid w:val="00DE0B0A"/>
    <w:rsid w:val="00DE0F0F"/>
    <w:rsid w:val="00DE1BA9"/>
    <w:rsid w:val="00DE26F1"/>
    <w:rsid w:val="00DE2A8F"/>
    <w:rsid w:val="00DE2FA2"/>
    <w:rsid w:val="00DE3523"/>
    <w:rsid w:val="00DE35CA"/>
    <w:rsid w:val="00DE4060"/>
    <w:rsid w:val="00DE431B"/>
    <w:rsid w:val="00DE455C"/>
    <w:rsid w:val="00DE5CC8"/>
    <w:rsid w:val="00DE5E77"/>
    <w:rsid w:val="00DE6008"/>
    <w:rsid w:val="00DE641B"/>
    <w:rsid w:val="00DE64F7"/>
    <w:rsid w:val="00DE71F1"/>
    <w:rsid w:val="00DE738A"/>
    <w:rsid w:val="00DE7DAD"/>
    <w:rsid w:val="00DF0664"/>
    <w:rsid w:val="00DF0755"/>
    <w:rsid w:val="00DF08F3"/>
    <w:rsid w:val="00DF09C6"/>
    <w:rsid w:val="00DF1485"/>
    <w:rsid w:val="00DF15A9"/>
    <w:rsid w:val="00DF1873"/>
    <w:rsid w:val="00DF1D84"/>
    <w:rsid w:val="00DF2800"/>
    <w:rsid w:val="00DF2A7B"/>
    <w:rsid w:val="00DF2CBE"/>
    <w:rsid w:val="00DF2DC5"/>
    <w:rsid w:val="00DF3057"/>
    <w:rsid w:val="00DF3141"/>
    <w:rsid w:val="00DF3EE1"/>
    <w:rsid w:val="00DF45C5"/>
    <w:rsid w:val="00DF4798"/>
    <w:rsid w:val="00DF4C98"/>
    <w:rsid w:val="00DF564C"/>
    <w:rsid w:val="00DF6393"/>
    <w:rsid w:val="00DF63F1"/>
    <w:rsid w:val="00DF6E22"/>
    <w:rsid w:val="00DF735A"/>
    <w:rsid w:val="00DF7991"/>
    <w:rsid w:val="00DF79E5"/>
    <w:rsid w:val="00DF7A41"/>
    <w:rsid w:val="00DF7B9B"/>
    <w:rsid w:val="00E011C0"/>
    <w:rsid w:val="00E018C1"/>
    <w:rsid w:val="00E01FF8"/>
    <w:rsid w:val="00E025DC"/>
    <w:rsid w:val="00E02BEE"/>
    <w:rsid w:val="00E02FEC"/>
    <w:rsid w:val="00E0338F"/>
    <w:rsid w:val="00E03661"/>
    <w:rsid w:val="00E03E36"/>
    <w:rsid w:val="00E040CC"/>
    <w:rsid w:val="00E04581"/>
    <w:rsid w:val="00E04908"/>
    <w:rsid w:val="00E050D0"/>
    <w:rsid w:val="00E05955"/>
    <w:rsid w:val="00E05B99"/>
    <w:rsid w:val="00E06042"/>
    <w:rsid w:val="00E06784"/>
    <w:rsid w:val="00E0693F"/>
    <w:rsid w:val="00E06A30"/>
    <w:rsid w:val="00E06FB1"/>
    <w:rsid w:val="00E07825"/>
    <w:rsid w:val="00E10336"/>
    <w:rsid w:val="00E1038A"/>
    <w:rsid w:val="00E11253"/>
    <w:rsid w:val="00E12984"/>
    <w:rsid w:val="00E12A0D"/>
    <w:rsid w:val="00E12B4B"/>
    <w:rsid w:val="00E12BE1"/>
    <w:rsid w:val="00E12EBA"/>
    <w:rsid w:val="00E1336A"/>
    <w:rsid w:val="00E13AAC"/>
    <w:rsid w:val="00E13C09"/>
    <w:rsid w:val="00E13C39"/>
    <w:rsid w:val="00E13EB1"/>
    <w:rsid w:val="00E14047"/>
    <w:rsid w:val="00E147BC"/>
    <w:rsid w:val="00E1562F"/>
    <w:rsid w:val="00E15985"/>
    <w:rsid w:val="00E164E2"/>
    <w:rsid w:val="00E1658A"/>
    <w:rsid w:val="00E16919"/>
    <w:rsid w:val="00E174C0"/>
    <w:rsid w:val="00E17DAE"/>
    <w:rsid w:val="00E2021D"/>
    <w:rsid w:val="00E20818"/>
    <w:rsid w:val="00E2098A"/>
    <w:rsid w:val="00E20E15"/>
    <w:rsid w:val="00E21384"/>
    <w:rsid w:val="00E21CE3"/>
    <w:rsid w:val="00E22211"/>
    <w:rsid w:val="00E223C1"/>
    <w:rsid w:val="00E22EF9"/>
    <w:rsid w:val="00E2398C"/>
    <w:rsid w:val="00E23E9E"/>
    <w:rsid w:val="00E244B6"/>
    <w:rsid w:val="00E24995"/>
    <w:rsid w:val="00E249C4"/>
    <w:rsid w:val="00E2543A"/>
    <w:rsid w:val="00E2551A"/>
    <w:rsid w:val="00E2554E"/>
    <w:rsid w:val="00E25BC4"/>
    <w:rsid w:val="00E2609A"/>
    <w:rsid w:val="00E265C6"/>
    <w:rsid w:val="00E279B8"/>
    <w:rsid w:val="00E301AE"/>
    <w:rsid w:val="00E301B4"/>
    <w:rsid w:val="00E30A89"/>
    <w:rsid w:val="00E30CA7"/>
    <w:rsid w:val="00E30DF8"/>
    <w:rsid w:val="00E30E3D"/>
    <w:rsid w:val="00E31298"/>
    <w:rsid w:val="00E3152F"/>
    <w:rsid w:val="00E324A6"/>
    <w:rsid w:val="00E32930"/>
    <w:rsid w:val="00E32E30"/>
    <w:rsid w:val="00E32F0C"/>
    <w:rsid w:val="00E33195"/>
    <w:rsid w:val="00E332B2"/>
    <w:rsid w:val="00E33450"/>
    <w:rsid w:val="00E3382D"/>
    <w:rsid w:val="00E33C9D"/>
    <w:rsid w:val="00E34125"/>
    <w:rsid w:val="00E3582F"/>
    <w:rsid w:val="00E35861"/>
    <w:rsid w:val="00E35B11"/>
    <w:rsid w:val="00E35D29"/>
    <w:rsid w:val="00E36A0E"/>
    <w:rsid w:val="00E36A1B"/>
    <w:rsid w:val="00E36C90"/>
    <w:rsid w:val="00E36CEF"/>
    <w:rsid w:val="00E36E54"/>
    <w:rsid w:val="00E36EED"/>
    <w:rsid w:val="00E3733C"/>
    <w:rsid w:val="00E3742B"/>
    <w:rsid w:val="00E37C93"/>
    <w:rsid w:val="00E4026F"/>
    <w:rsid w:val="00E404DF"/>
    <w:rsid w:val="00E40FE7"/>
    <w:rsid w:val="00E40FEF"/>
    <w:rsid w:val="00E4138C"/>
    <w:rsid w:val="00E418AF"/>
    <w:rsid w:val="00E43E22"/>
    <w:rsid w:val="00E441C4"/>
    <w:rsid w:val="00E44A97"/>
    <w:rsid w:val="00E44A9F"/>
    <w:rsid w:val="00E44FB4"/>
    <w:rsid w:val="00E454B6"/>
    <w:rsid w:val="00E4560A"/>
    <w:rsid w:val="00E45E1E"/>
    <w:rsid w:val="00E460CF"/>
    <w:rsid w:val="00E46575"/>
    <w:rsid w:val="00E46BE4"/>
    <w:rsid w:val="00E46D12"/>
    <w:rsid w:val="00E476E1"/>
    <w:rsid w:val="00E47A9E"/>
    <w:rsid w:val="00E47D00"/>
    <w:rsid w:val="00E50227"/>
    <w:rsid w:val="00E50729"/>
    <w:rsid w:val="00E508EB"/>
    <w:rsid w:val="00E50A0B"/>
    <w:rsid w:val="00E50B25"/>
    <w:rsid w:val="00E50B7D"/>
    <w:rsid w:val="00E50D3F"/>
    <w:rsid w:val="00E511F5"/>
    <w:rsid w:val="00E5161F"/>
    <w:rsid w:val="00E51D9D"/>
    <w:rsid w:val="00E529F0"/>
    <w:rsid w:val="00E53D0C"/>
    <w:rsid w:val="00E546D8"/>
    <w:rsid w:val="00E54AC2"/>
    <w:rsid w:val="00E550CF"/>
    <w:rsid w:val="00E559AC"/>
    <w:rsid w:val="00E55C69"/>
    <w:rsid w:val="00E55CC4"/>
    <w:rsid w:val="00E55DA7"/>
    <w:rsid w:val="00E566FD"/>
    <w:rsid w:val="00E56B25"/>
    <w:rsid w:val="00E56DF3"/>
    <w:rsid w:val="00E5704B"/>
    <w:rsid w:val="00E57529"/>
    <w:rsid w:val="00E57C7F"/>
    <w:rsid w:val="00E57E2B"/>
    <w:rsid w:val="00E603B5"/>
    <w:rsid w:val="00E605AE"/>
    <w:rsid w:val="00E60BAD"/>
    <w:rsid w:val="00E61396"/>
    <w:rsid w:val="00E61692"/>
    <w:rsid w:val="00E62062"/>
    <w:rsid w:val="00E620A7"/>
    <w:rsid w:val="00E6221B"/>
    <w:rsid w:val="00E622CD"/>
    <w:rsid w:val="00E6311C"/>
    <w:rsid w:val="00E63BCC"/>
    <w:rsid w:val="00E64310"/>
    <w:rsid w:val="00E648F9"/>
    <w:rsid w:val="00E64A13"/>
    <w:rsid w:val="00E64EDA"/>
    <w:rsid w:val="00E653EF"/>
    <w:rsid w:val="00E655AC"/>
    <w:rsid w:val="00E665E4"/>
    <w:rsid w:val="00E665EA"/>
    <w:rsid w:val="00E67857"/>
    <w:rsid w:val="00E67CC0"/>
    <w:rsid w:val="00E7095B"/>
    <w:rsid w:val="00E71E99"/>
    <w:rsid w:val="00E72D00"/>
    <w:rsid w:val="00E73758"/>
    <w:rsid w:val="00E73CC2"/>
    <w:rsid w:val="00E73D36"/>
    <w:rsid w:val="00E7438E"/>
    <w:rsid w:val="00E746BA"/>
    <w:rsid w:val="00E74C34"/>
    <w:rsid w:val="00E74CBB"/>
    <w:rsid w:val="00E74D78"/>
    <w:rsid w:val="00E74EBC"/>
    <w:rsid w:val="00E74F08"/>
    <w:rsid w:val="00E75239"/>
    <w:rsid w:val="00E759EB"/>
    <w:rsid w:val="00E759FE"/>
    <w:rsid w:val="00E75A93"/>
    <w:rsid w:val="00E75AAE"/>
    <w:rsid w:val="00E75F40"/>
    <w:rsid w:val="00E76613"/>
    <w:rsid w:val="00E768CB"/>
    <w:rsid w:val="00E772B7"/>
    <w:rsid w:val="00E77664"/>
    <w:rsid w:val="00E77948"/>
    <w:rsid w:val="00E801E9"/>
    <w:rsid w:val="00E80853"/>
    <w:rsid w:val="00E80959"/>
    <w:rsid w:val="00E80C3D"/>
    <w:rsid w:val="00E81142"/>
    <w:rsid w:val="00E81374"/>
    <w:rsid w:val="00E818DB"/>
    <w:rsid w:val="00E822D3"/>
    <w:rsid w:val="00E827DD"/>
    <w:rsid w:val="00E83482"/>
    <w:rsid w:val="00E834FB"/>
    <w:rsid w:val="00E8383C"/>
    <w:rsid w:val="00E83D0D"/>
    <w:rsid w:val="00E83F30"/>
    <w:rsid w:val="00E84F0A"/>
    <w:rsid w:val="00E85259"/>
    <w:rsid w:val="00E8538F"/>
    <w:rsid w:val="00E85553"/>
    <w:rsid w:val="00E8690E"/>
    <w:rsid w:val="00E875A1"/>
    <w:rsid w:val="00E878B7"/>
    <w:rsid w:val="00E87FE7"/>
    <w:rsid w:val="00E9008E"/>
    <w:rsid w:val="00E900AD"/>
    <w:rsid w:val="00E9020F"/>
    <w:rsid w:val="00E902A2"/>
    <w:rsid w:val="00E908CD"/>
    <w:rsid w:val="00E90AE1"/>
    <w:rsid w:val="00E90E0C"/>
    <w:rsid w:val="00E91216"/>
    <w:rsid w:val="00E9150B"/>
    <w:rsid w:val="00E91C32"/>
    <w:rsid w:val="00E91C52"/>
    <w:rsid w:val="00E91DB5"/>
    <w:rsid w:val="00E91FA5"/>
    <w:rsid w:val="00E92166"/>
    <w:rsid w:val="00E922F2"/>
    <w:rsid w:val="00E9270E"/>
    <w:rsid w:val="00E928A2"/>
    <w:rsid w:val="00E929AF"/>
    <w:rsid w:val="00E92C3A"/>
    <w:rsid w:val="00E92C67"/>
    <w:rsid w:val="00E92D31"/>
    <w:rsid w:val="00E9317B"/>
    <w:rsid w:val="00E934BD"/>
    <w:rsid w:val="00E93568"/>
    <w:rsid w:val="00E93848"/>
    <w:rsid w:val="00E949BD"/>
    <w:rsid w:val="00E95BC0"/>
    <w:rsid w:val="00E95EAF"/>
    <w:rsid w:val="00E96103"/>
    <w:rsid w:val="00E96ACF"/>
    <w:rsid w:val="00E976F9"/>
    <w:rsid w:val="00E9795B"/>
    <w:rsid w:val="00E97994"/>
    <w:rsid w:val="00E97D2F"/>
    <w:rsid w:val="00EA04F1"/>
    <w:rsid w:val="00EA0A44"/>
    <w:rsid w:val="00EA1935"/>
    <w:rsid w:val="00EA1A4A"/>
    <w:rsid w:val="00EA2242"/>
    <w:rsid w:val="00EA248E"/>
    <w:rsid w:val="00EA253C"/>
    <w:rsid w:val="00EA26C2"/>
    <w:rsid w:val="00EA288C"/>
    <w:rsid w:val="00EA2E62"/>
    <w:rsid w:val="00EA2ECE"/>
    <w:rsid w:val="00EA32F9"/>
    <w:rsid w:val="00EA35E8"/>
    <w:rsid w:val="00EA3F41"/>
    <w:rsid w:val="00EA48D6"/>
    <w:rsid w:val="00EA498A"/>
    <w:rsid w:val="00EA4E7C"/>
    <w:rsid w:val="00EA52D6"/>
    <w:rsid w:val="00EA5307"/>
    <w:rsid w:val="00EA5AFB"/>
    <w:rsid w:val="00EA6192"/>
    <w:rsid w:val="00EA6428"/>
    <w:rsid w:val="00EA67B2"/>
    <w:rsid w:val="00EA7749"/>
    <w:rsid w:val="00EA780A"/>
    <w:rsid w:val="00EA7866"/>
    <w:rsid w:val="00EA78D8"/>
    <w:rsid w:val="00EA7B96"/>
    <w:rsid w:val="00EA7FA6"/>
    <w:rsid w:val="00EB0209"/>
    <w:rsid w:val="00EB0302"/>
    <w:rsid w:val="00EB0391"/>
    <w:rsid w:val="00EB0558"/>
    <w:rsid w:val="00EB0FFD"/>
    <w:rsid w:val="00EB10CE"/>
    <w:rsid w:val="00EB144C"/>
    <w:rsid w:val="00EB1E5F"/>
    <w:rsid w:val="00EB22D7"/>
    <w:rsid w:val="00EB231F"/>
    <w:rsid w:val="00EB250F"/>
    <w:rsid w:val="00EB2A01"/>
    <w:rsid w:val="00EB2ECE"/>
    <w:rsid w:val="00EB32CF"/>
    <w:rsid w:val="00EB3415"/>
    <w:rsid w:val="00EB3554"/>
    <w:rsid w:val="00EB37D2"/>
    <w:rsid w:val="00EB3964"/>
    <w:rsid w:val="00EB42A6"/>
    <w:rsid w:val="00EB450B"/>
    <w:rsid w:val="00EB451C"/>
    <w:rsid w:val="00EB5687"/>
    <w:rsid w:val="00EB58DD"/>
    <w:rsid w:val="00EB5D2E"/>
    <w:rsid w:val="00EB616F"/>
    <w:rsid w:val="00EB61A0"/>
    <w:rsid w:val="00EB6456"/>
    <w:rsid w:val="00EB750C"/>
    <w:rsid w:val="00EC0F5F"/>
    <w:rsid w:val="00EC1776"/>
    <w:rsid w:val="00EC194B"/>
    <w:rsid w:val="00EC1BB9"/>
    <w:rsid w:val="00EC244D"/>
    <w:rsid w:val="00EC24A7"/>
    <w:rsid w:val="00EC2660"/>
    <w:rsid w:val="00EC2BDB"/>
    <w:rsid w:val="00EC2C80"/>
    <w:rsid w:val="00EC2E75"/>
    <w:rsid w:val="00EC32A5"/>
    <w:rsid w:val="00EC3C2F"/>
    <w:rsid w:val="00EC440F"/>
    <w:rsid w:val="00EC4719"/>
    <w:rsid w:val="00EC4797"/>
    <w:rsid w:val="00EC48B6"/>
    <w:rsid w:val="00EC53D0"/>
    <w:rsid w:val="00EC5576"/>
    <w:rsid w:val="00EC7285"/>
    <w:rsid w:val="00EC72A7"/>
    <w:rsid w:val="00EC75D5"/>
    <w:rsid w:val="00EC7E1E"/>
    <w:rsid w:val="00EC7E1F"/>
    <w:rsid w:val="00ED000A"/>
    <w:rsid w:val="00ED0073"/>
    <w:rsid w:val="00ED0301"/>
    <w:rsid w:val="00ED0C0F"/>
    <w:rsid w:val="00ED20DD"/>
    <w:rsid w:val="00ED2734"/>
    <w:rsid w:val="00ED2E13"/>
    <w:rsid w:val="00ED3990"/>
    <w:rsid w:val="00ED39E2"/>
    <w:rsid w:val="00ED3AFA"/>
    <w:rsid w:val="00ED3F61"/>
    <w:rsid w:val="00ED46E2"/>
    <w:rsid w:val="00ED5258"/>
    <w:rsid w:val="00ED52B5"/>
    <w:rsid w:val="00ED6BB6"/>
    <w:rsid w:val="00ED6D72"/>
    <w:rsid w:val="00ED7F5F"/>
    <w:rsid w:val="00EE090F"/>
    <w:rsid w:val="00EE0E92"/>
    <w:rsid w:val="00EE1872"/>
    <w:rsid w:val="00EE189D"/>
    <w:rsid w:val="00EE2048"/>
    <w:rsid w:val="00EE23FB"/>
    <w:rsid w:val="00EE27B1"/>
    <w:rsid w:val="00EE30AB"/>
    <w:rsid w:val="00EE3322"/>
    <w:rsid w:val="00EE3371"/>
    <w:rsid w:val="00EE38BC"/>
    <w:rsid w:val="00EE47D8"/>
    <w:rsid w:val="00EE4EB6"/>
    <w:rsid w:val="00EE4EFB"/>
    <w:rsid w:val="00EE4F89"/>
    <w:rsid w:val="00EE5276"/>
    <w:rsid w:val="00EE60FE"/>
    <w:rsid w:val="00EE66B4"/>
    <w:rsid w:val="00EE6D26"/>
    <w:rsid w:val="00EE6EE2"/>
    <w:rsid w:val="00EE70F9"/>
    <w:rsid w:val="00EE756F"/>
    <w:rsid w:val="00EE7EF3"/>
    <w:rsid w:val="00EF0898"/>
    <w:rsid w:val="00EF10B3"/>
    <w:rsid w:val="00EF111E"/>
    <w:rsid w:val="00EF2002"/>
    <w:rsid w:val="00EF2204"/>
    <w:rsid w:val="00EF2300"/>
    <w:rsid w:val="00EF25DC"/>
    <w:rsid w:val="00EF2F26"/>
    <w:rsid w:val="00EF321D"/>
    <w:rsid w:val="00EF3AFD"/>
    <w:rsid w:val="00EF450E"/>
    <w:rsid w:val="00EF459A"/>
    <w:rsid w:val="00EF4963"/>
    <w:rsid w:val="00EF4C0F"/>
    <w:rsid w:val="00EF4C79"/>
    <w:rsid w:val="00EF4CBA"/>
    <w:rsid w:val="00EF55C7"/>
    <w:rsid w:val="00EF57FB"/>
    <w:rsid w:val="00EF619A"/>
    <w:rsid w:val="00EF61C5"/>
    <w:rsid w:val="00EF6372"/>
    <w:rsid w:val="00EF6B5F"/>
    <w:rsid w:val="00EF6D7A"/>
    <w:rsid w:val="00EF773C"/>
    <w:rsid w:val="00F00B48"/>
    <w:rsid w:val="00F014BF"/>
    <w:rsid w:val="00F01EC3"/>
    <w:rsid w:val="00F01FEA"/>
    <w:rsid w:val="00F02808"/>
    <w:rsid w:val="00F02A72"/>
    <w:rsid w:val="00F02CDD"/>
    <w:rsid w:val="00F036E6"/>
    <w:rsid w:val="00F03C15"/>
    <w:rsid w:val="00F03F3D"/>
    <w:rsid w:val="00F040A5"/>
    <w:rsid w:val="00F0474E"/>
    <w:rsid w:val="00F04CC6"/>
    <w:rsid w:val="00F060E8"/>
    <w:rsid w:val="00F068AA"/>
    <w:rsid w:val="00F07A93"/>
    <w:rsid w:val="00F10AF7"/>
    <w:rsid w:val="00F10D1A"/>
    <w:rsid w:val="00F11254"/>
    <w:rsid w:val="00F118D5"/>
    <w:rsid w:val="00F11EFC"/>
    <w:rsid w:val="00F1229B"/>
    <w:rsid w:val="00F12CBE"/>
    <w:rsid w:val="00F13ADA"/>
    <w:rsid w:val="00F14789"/>
    <w:rsid w:val="00F147DF"/>
    <w:rsid w:val="00F14820"/>
    <w:rsid w:val="00F149C4"/>
    <w:rsid w:val="00F14E14"/>
    <w:rsid w:val="00F14F15"/>
    <w:rsid w:val="00F15081"/>
    <w:rsid w:val="00F150A1"/>
    <w:rsid w:val="00F154A4"/>
    <w:rsid w:val="00F159D1"/>
    <w:rsid w:val="00F16213"/>
    <w:rsid w:val="00F16AB2"/>
    <w:rsid w:val="00F16D57"/>
    <w:rsid w:val="00F17208"/>
    <w:rsid w:val="00F17C78"/>
    <w:rsid w:val="00F2048F"/>
    <w:rsid w:val="00F20B97"/>
    <w:rsid w:val="00F20D5D"/>
    <w:rsid w:val="00F2138A"/>
    <w:rsid w:val="00F21CE0"/>
    <w:rsid w:val="00F2210E"/>
    <w:rsid w:val="00F22B4C"/>
    <w:rsid w:val="00F22D70"/>
    <w:rsid w:val="00F23328"/>
    <w:rsid w:val="00F23A77"/>
    <w:rsid w:val="00F23B50"/>
    <w:rsid w:val="00F23BAF"/>
    <w:rsid w:val="00F23E19"/>
    <w:rsid w:val="00F23FDA"/>
    <w:rsid w:val="00F24259"/>
    <w:rsid w:val="00F2521E"/>
    <w:rsid w:val="00F2527A"/>
    <w:rsid w:val="00F25798"/>
    <w:rsid w:val="00F25A26"/>
    <w:rsid w:val="00F25C2C"/>
    <w:rsid w:val="00F26007"/>
    <w:rsid w:val="00F265EB"/>
    <w:rsid w:val="00F2720A"/>
    <w:rsid w:val="00F300E6"/>
    <w:rsid w:val="00F300F5"/>
    <w:rsid w:val="00F30118"/>
    <w:rsid w:val="00F30CD1"/>
    <w:rsid w:val="00F31769"/>
    <w:rsid w:val="00F32697"/>
    <w:rsid w:val="00F32718"/>
    <w:rsid w:val="00F32A6C"/>
    <w:rsid w:val="00F32CAE"/>
    <w:rsid w:val="00F3341C"/>
    <w:rsid w:val="00F33874"/>
    <w:rsid w:val="00F3422F"/>
    <w:rsid w:val="00F3470B"/>
    <w:rsid w:val="00F3517E"/>
    <w:rsid w:val="00F3550C"/>
    <w:rsid w:val="00F35811"/>
    <w:rsid w:val="00F35A34"/>
    <w:rsid w:val="00F364AF"/>
    <w:rsid w:val="00F36819"/>
    <w:rsid w:val="00F375D8"/>
    <w:rsid w:val="00F4005D"/>
    <w:rsid w:val="00F40F59"/>
    <w:rsid w:val="00F4127D"/>
    <w:rsid w:val="00F412B5"/>
    <w:rsid w:val="00F41307"/>
    <w:rsid w:val="00F42344"/>
    <w:rsid w:val="00F427D9"/>
    <w:rsid w:val="00F4283E"/>
    <w:rsid w:val="00F429A2"/>
    <w:rsid w:val="00F431F3"/>
    <w:rsid w:val="00F437DA"/>
    <w:rsid w:val="00F43814"/>
    <w:rsid w:val="00F43A9A"/>
    <w:rsid w:val="00F43E3A"/>
    <w:rsid w:val="00F441F7"/>
    <w:rsid w:val="00F45154"/>
    <w:rsid w:val="00F45691"/>
    <w:rsid w:val="00F4583D"/>
    <w:rsid w:val="00F45AAB"/>
    <w:rsid w:val="00F464A8"/>
    <w:rsid w:val="00F46525"/>
    <w:rsid w:val="00F46892"/>
    <w:rsid w:val="00F46EFB"/>
    <w:rsid w:val="00F46EFF"/>
    <w:rsid w:val="00F473A8"/>
    <w:rsid w:val="00F47DDD"/>
    <w:rsid w:val="00F50319"/>
    <w:rsid w:val="00F503AC"/>
    <w:rsid w:val="00F50475"/>
    <w:rsid w:val="00F508EE"/>
    <w:rsid w:val="00F5166C"/>
    <w:rsid w:val="00F52332"/>
    <w:rsid w:val="00F524FB"/>
    <w:rsid w:val="00F53730"/>
    <w:rsid w:val="00F544F0"/>
    <w:rsid w:val="00F54546"/>
    <w:rsid w:val="00F54A91"/>
    <w:rsid w:val="00F54D19"/>
    <w:rsid w:val="00F551CA"/>
    <w:rsid w:val="00F55509"/>
    <w:rsid w:val="00F5602C"/>
    <w:rsid w:val="00F56906"/>
    <w:rsid w:val="00F56A39"/>
    <w:rsid w:val="00F57107"/>
    <w:rsid w:val="00F57217"/>
    <w:rsid w:val="00F572C5"/>
    <w:rsid w:val="00F57763"/>
    <w:rsid w:val="00F57A6B"/>
    <w:rsid w:val="00F57B5B"/>
    <w:rsid w:val="00F60263"/>
    <w:rsid w:val="00F602E8"/>
    <w:rsid w:val="00F6033B"/>
    <w:rsid w:val="00F6035C"/>
    <w:rsid w:val="00F60391"/>
    <w:rsid w:val="00F60AD9"/>
    <w:rsid w:val="00F61979"/>
    <w:rsid w:val="00F61C52"/>
    <w:rsid w:val="00F6227A"/>
    <w:rsid w:val="00F628BC"/>
    <w:rsid w:val="00F63700"/>
    <w:rsid w:val="00F638B1"/>
    <w:rsid w:val="00F63922"/>
    <w:rsid w:val="00F63A4A"/>
    <w:rsid w:val="00F63BD5"/>
    <w:rsid w:val="00F63CC3"/>
    <w:rsid w:val="00F64070"/>
    <w:rsid w:val="00F640B6"/>
    <w:rsid w:val="00F640F4"/>
    <w:rsid w:val="00F645A4"/>
    <w:rsid w:val="00F646F3"/>
    <w:rsid w:val="00F649BD"/>
    <w:rsid w:val="00F64B03"/>
    <w:rsid w:val="00F64D7D"/>
    <w:rsid w:val="00F64DA8"/>
    <w:rsid w:val="00F64E2E"/>
    <w:rsid w:val="00F6568C"/>
    <w:rsid w:val="00F6569C"/>
    <w:rsid w:val="00F6599F"/>
    <w:rsid w:val="00F65BE1"/>
    <w:rsid w:val="00F6688E"/>
    <w:rsid w:val="00F66969"/>
    <w:rsid w:val="00F67450"/>
    <w:rsid w:val="00F701D9"/>
    <w:rsid w:val="00F70A4C"/>
    <w:rsid w:val="00F70A98"/>
    <w:rsid w:val="00F70DF8"/>
    <w:rsid w:val="00F71128"/>
    <w:rsid w:val="00F71177"/>
    <w:rsid w:val="00F712D3"/>
    <w:rsid w:val="00F71614"/>
    <w:rsid w:val="00F716F7"/>
    <w:rsid w:val="00F72C84"/>
    <w:rsid w:val="00F731E8"/>
    <w:rsid w:val="00F73BDD"/>
    <w:rsid w:val="00F73C70"/>
    <w:rsid w:val="00F7409A"/>
    <w:rsid w:val="00F7411B"/>
    <w:rsid w:val="00F741A4"/>
    <w:rsid w:val="00F74B16"/>
    <w:rsid w:val="00F74DF5"/>
    <w:rsid w:val="00F75661"/>
    <w:rsid w:val="00F75E95"/>
    <w:rsid w:val="00F7639E"/>
    <w:rsid w:val="00F7647E"/>
    <w:rsid w:val="00F764D0"/>
    <w:rsid w:val="00F76FD2"/>
    <w:rsid w:val="00F8078A"/>
    <w:rsid w:val="00F80A3E"/>
    <w:rsid w:val="00F80D42"/>
    <w:rsid w:val="00F81695"/>
    <w:rsid w:val="00F816D0"/>
    <w:rsid w:val="00F81B34"/>
    <w:rsid w:val="00F81E19"/>
    <w:rsid w:val="00F8211D"/>
    <w:rsid w:val="00F8227E"/>
    <w:rsid w:val="00F82D70"/>
    <w:rsid w:val="00F82E22"/>
    <w:rsid w:val="00F82F85"/>
    <w:rsid w:val="00F839C7"/>
    <w:rsid w:val="00F83A92"/>
    <w:rsid w:val="00F84140"/>
    <w:rsid w:val="00F842B9"/>
    <w:rsid w:val="00F848E1"/>
    <w:rsid w:val="00F84FD1"/>
    <w:rsid w:val="00F84FEB"/>
    <w:rsid w:val="00F85090"/>
    <w:rsid w:val="00F857D1"/>
    <w:rsid w:val="00F85DBB"/>
    <w:rsid w:val="00F85E38"/>
    <w:rsid w:val="00F86132"/>
    <w:rsid w:val="00F862AA"/>
    <w:rsid w:val="00F86464"/>
    <w:rsid w:val="00F86B74"/>
    <w:rsid w:val="00F87B21"/>
    <w:rsid w:val="00F87F28"/>
    <w:rsid w:val="00F87FB7"/>
    <w:rsid w:val="00F90387"/>
    <w:rsid w:val="00F90C9D"/>
    <w:rsid w:val="00F90EE0"/>
    <w:rsid w:val="00F91249"/>
    <w:rsid w:val="00F91F2B"/>
    <w:rsid w:val="00F92B05"/>
    <w:rsid w:val="00F92ED1"/>
    <w:rsid w:val="00F93DAC"/>
    <w:rsid w:val="00F94D8E"/>
    <w:rsid w:val="00F9571D"/>
    <w:rsid w:val="00F9585B"/>
    <w:rsid w:val="00F959A0"/>
    <w:rsid w:val="00F95BF1"/>
    <w:rsid w:val="00F964E2"/>
    <w:rsid w:val="00F96CD7"/>
    <w:rsid w:val="00F96D33"/>
    <w:rsid w:val="00F96E2F"/>
    <w:rsid w:val="00F96FFB"/>
    <w:rsid w:val="00F97007"/>
    <w:rsid w:val="00F9703D"/>
    <w:rsid w:val="00F976CB"/>
    <w:rsid w:val="00F97DA1"/>
    <w:rsid w:val="00F97E93"/>
    <w:rsid w:val="00F97F50"/>
    <w:rsid w:val="00FA087F"/>
    <w:rsid w:val="00FA0FF4"/>
    <w:rsid w:val="00FA15C2"/>
    <w:rsid w:val="00FA1666"/>
    <w:rsid w:val="00FA175C"/>
    <w:rsid w:val="00FA1791"/>
    <w:rsid w:val="00FA1F64"/>
    <w:rsid w:val="00FA2037"/>
    <w:rsid w:val="00FA21F3"/>
    <w:rsid w:val="00FA2265"/>
    <w:rsid w:val="00FA271F"/>
    <w:rsid w:val="00FA3758"/>
    <w:rsid w:val="00FA379E"/>
    <w:rsid w:val="00FA5139"/>
    <w:rsid w:val="00FA5EDB"/>
    <w:rsid w:val="00FA68A4"/>
    <w:rsid w:val="00FA6E8B"/>
    <w:rsid w:val="00FA6FAC"/>
    <w:rsid w:val="00FA749E"/>
    <w:rsid w:val="00FB0FEA"/>
    <w:rsid w:val="00FB1806"/>
    <w:rsid w:val="00FB1A1A"/>
    <w:rsid w:val="00FB1B75"/>
    <w:rsid w:val="00FB1C81"/>
    <w:rsid w:val="00FB1E00"/>
    <w:rsid w:val="00FB2270"/>
    <w:rsid w:val="00FB23A1"/>
    <w:rsid w:val="00FB2658"/>
    <w:rsid w:val="00FB277A"/>
    <w:rsid w:val="00FB280D"/>
    <w:rsid w:val="00FB2BDC"/>
    <w:rsid w:val="00FB2FA2"/>
    <w:rsid w:val="00FB3117"/>
    <w:rsid w:val="00FB32FC"/>
    <w:rsid w:val="00FB3A74"/>
    <w:rsid w:val="00FB3BE9"/>
    <w:rsid w:val="00FB4F6B"/>
    <w:rsid w:val="00FB54DE"/>
    <w:rsid w:val="00FB55D5"/>
    <w:rsid w:val="00FB58B8"/>
    <w:rsid w:val="00FB5E21"/>
    <w:rsid w:val="00FB65FA"/>
    <w:rsid w:val="00FB661C"/>
    <w:rsid w:val="00FB66C7"/>
    <w:rsid w:val="00FB708F"/>
    <w:rsid w:val="00FB79C9"/>
    <w:rsid w:val="00FB7B39"/>
    <w:rsid w:val="00FB7EA4"/>
    <w:rsid w:val="00FB7F79"/>
    <w:rsid w:val="00FC05EE"/>
    <w:rsid w:val="00FC0922"/>
    <w:rsid w:val="00FC0BA1"/>
    <w:rsid w:val="00FC17C3"/>
    <w:rsid w:val="00FC1B60"/>
    <w:rsid w:val="00FC2736"/>
    <w:rsid w:val="00FC343B"/>
    <w:rsid w:val="00FC34E2"/>
    <w:rsid w:val="00FC378D"/>
    <w:rsid w:val="00FC42B7"/>
    <w:rsid w:val="00FC43E6"/>
    <w:rsid w:val="00FC4E65"/>
    <w:rsid w:val="00FC553E"/>
    <w:rsid w:val="00FC6106"/>
    <w:rsid w:val="00FC615F"/>
    <w:rsid w:val="00FC6621"/>
    <w:rsid w:val="00FC693F"/>
    <w:rsid w:val="00FC6B24"/>
    <w:rsid w:val="00FC74BC"/>
    <w:rsid w:val="00FC786D"/>
    <w:rsid w:val="00FC7A3C"/>
    <w:rsid w:val="00FC7E7F"/>
    <w:rsid w:val="00FD07AE"/>
    <w:rsid w:val="00FD095B"/>
    <w:rsid w:val="00FD1004"/>
    <w:rsid w:val="00FD118A"/>
    <w:rsid w:val="00FD1779"/>
    <w:rsid w:val="00FD17E1"/>
    <w:rsid w:val="00FD1DEB"/>
    <w:rsid w:val="00FD1ED7"/>
    <w:rsid w:val="00FD215D"/>
    <w:rsid w:val="00FD2841"/>
    <w:rsid w:val="00FD3441"/>
    <w:rsid w:val="00FD36EB"/>
    <w:rsid w:val="00FD396E"/>
    <w:rsid w:val="00FD3DE9"/>
    <w:rsid w:val="00FD3F4F"/>
    <w:rsid w:val="00FD4588"/>
    <w:rsid w:val="00FD46FE"/>
    <w:rsid w:val="00FD473D"/>
    <w:rsid w:val="00FD58A8"/>
    <w:rsid w:val="00FD5C70"/>
    <w:rsid w:val="00FD5F0B"/>
    <w:rsid w:val="00FD5F3C"/>
    <w:rsid w:val="00FD6327"/>
    <w:rsid w:val="00FD66F2"/>
    <w:rsid w:val="00FD7652"/>
    <w:rsid w:val="00FD7A1D"/>
    <w:rsid w:val="00FE022A"/>
    <w:rsid w:val="00FE09E0"/>
    <w:rsid w:val="00FE0A2F"/>
    <w:rsid w:val="00FE0A43"/>
    <w:rsid w:val="00FE1149"/>
    <w:rsid w:val="00FE1209"/>
    <w:rsid w:val="00FE121F"/>
    <w:rsid w:val="00FE1814"/>
    <w:rsid w:val="00FE18BA"/>
    <w:rsid w:val="00FE18DD"/>
    <w:rsid w:val="00FE19EC"/>
    <w:rsid w:val="00FE2008"/>
    <w:rsid w:val="00FE2266"/>
    <w:rsid w:val="00FE22C0"/>
    <w:rsid w:val="00FE24B3"/>
    <w:rsid w:val="00FE2509"/>
    <w:rsid w:val="00FE296D"/>
    <w:rsid w:val="00FE2BD0"/>
    <w:rsid w:val="00FE3227"/>
    <w:rsid w:val="00FE35C2"/>
    <w:rsid w:val="00FE364F"/>
    <w:rsid w:val="00FE3FD5"/>
    <w:rsid w:val="00FE41AF"/>
    <w:rsid w:val="00FE4276"/>
    <w:rsid w:val="00FE4701"/>
    <w:rsid w:val="00FE47F6"/>
    <w:rsid w:val="00FE485A"/>
    <w:rsid w:val="00FE48F1"/>
    <w:rsid w:val="00FE4C10"/>
    <w:rsid w:val="00FE50D7"/>
    <w:rsid w:val="00FE56DD"/>
    <w:rsid w:val="00FE5B45"/>
    <w:rsid w:val="00FE6112"/>
    <w:rsid w:val="00FE6407"/>
    <w:rsid w:val="00FE6825"/>
    <w:rsid w:val="00FE6A08"/>
    <w:rsid w:val="00FE74FA"/>
    <w:rsid w:val="00FE760C"/>
    <w:rsid w:val="00FE7F6E"/>
    <w:rsid w:val="00FF0300"/>
    <w:rsid w:val="00FF06D6"/>
    <w:rsid w:val="00FF0DC8"/>
    <w:rsid w:val="00FF1087"/>
    <w:rsid w:val="00FF13C1"/>
    <w:rsid w:val="00FF1634"/>
    <w:rsid w:val="00FF17A2"/>
    <w:rsid w:val="00FF2C2F"/>
    <w:rsid w:val="00FF2F26"/>
    <w:rsid w:val="00FF3C7F"/>
    <w:rsid w:val="00FF3E42"/>
    <w:rsid w:val="00FF41CC"/>
    <w:rsid w:val="00FF4A2A"/>
    <w:rsid w:val="00FF4B95"/>
    <w:rsid w:val="00FF5941"/>
    <w:rsid w:val="00FF5B3B"/>
    <w:rsid w:val="00FF5E53"/>
    <w:rsid w:val="00FF647C"/>
    <w:rsid w:val="00FF6524"/>
    <w:rsid w:val="00FF6AA5"/>
    <w:rsid w:val="00FF7367"/>
    <w:rsid w:val="00FF788F"/>
    <w:rsid w:val="00FF7D2C"/>
    <w:rsid w:val="01B4D898"/>
    <w:rsid w:val="036FA60D"/>
    <w:rsid w:val="050022A0"/>
    <w:rsid w:val="0677F6C4"/>
    <w:rsid w:val="06AAB842"/>
    <w:rsid w:val="09419326"/>
    <w:rsid w:val="0A8BED82"/>
    <w:rsid w:val="0AE57816"/>
    <w:rsid w:val="0BA3CF7F"/>
    <w:rsid w:val="0C075854"/>
    <w:rsid w:val="0C6FD866"/>
    <w:rsid w:val="0D246844"/>
    <w:rsid w:val="0D32F667"/>
    <w:rsid w:val="0D984201"/>
    <w:rsid w:val="0E84586B"/>
    <w:rsid w:val="10535377"/>
    <w:rsid w:val="11E7DA35"/>
    <w:rsid w:val="11E8977D"/>
    <w:rsid w:val="1219611D"/>
    <w:rsid w:val="128EA8E3"/>
    <w:rsid w:val="13CD40DE"/>
    <w:rsid w:val="14E86735"/>
    <w:rsid w:val="15644C91"/>
    <w:rsid w:val="15BF58FD"/>
    <w:rsid w:val="172B14A8"/>
    <w:rsid w:val="18CAB456"/>
    <w:rsid w:val="18D8FA98"/>
    <w:rsid w:val="18FF066F"/>
    <w:rsid w:val="194F2A32"/>
    <w:rsid w:val="19E2A945"/>
    <w:rsid w:val="1A760E4A"/>
    <w:rsid w:val="1A941348"/>
    <w:rsid w:val="1ABDA4E7"/>
    <w:rsid w:val="1B73283A"/>
    <w:rsid w:val="1BB81190"/>
    <w:rsid w:val="1C1AEA42"/>
    <w:rsid w:val="1D56558C"/>
    <w:rsid w:val="1E7A4F50"/>
    <w:rsid w:val="1EF5392C"/>
    <w:rsid w:val="1FA31A36"/>
    <w:rsid w:val="20199938"/>
    <w:rsid w:val="20BCB58B"/>
    <w:rsid w:val="22B6E7FE"/>
    <w:rsid w:val="22F17F0E"/>
    <w:rsid w:val="2493D65F"/>
    <w:rsid w:val="25AECD68"/>
    <w:rsid w:val="25F97E06"/>
    <w:rsid w:val="261A8EA1"/>
    <w:rsid w:val="26F2298B"/>
    <w:rsid w:val="2779D77D"/>
    <w:rsid w:val="27DA81C6"/>
    <w:rsid w:val="28BD50EE"/>
    <w:rsid w:val="291A4068"/>
    <w:rsid w:val="29EC30D9"/>
    <w:rsid w:val="2A081CA1"/>
    <w:rsid w:val="2A2A61B6"/>
    <w:rsid w:val="2AD05E95"/>
    <w:rsid w:val="2AD56F38"/>
    <w:rsid w:val="2B44AA20"/>
    <w:rsid w:val="2B5CA935"/>
    <w:rsid w:val="2CCEC315"/>
    <w:rsid w:val="2D44AB38"/>
    <w:rsid w:val="2E8C39FF"/>
    <w:rsid w:val="2ED093BD"/>
    <w:rsid w:val="2EE0EDC4"/>
    <w:rsid w:val="2FAB57BE"/>
    <w:rsid w:val="32245E97"/>
    <w:rsid w:val="33630B7D"/>
    <w:rsid w:val="356EB5EF"/>
    <w:rsid w:val="37D1BF12"/>
    <w:rsid w:val="3945F9AE"/>
    <w:rsid w:val="3AAC4546"/>
    <w:rsid w:val="3BC2A07E"/>
    <w:rsid w:val="3BDD25A1"/>
    <w:rsid w:val="3BFEF598"/>
    <w:rsid w:val="3C75789C"/>
    <w:rsid w:val="3D7BDD1F"/>
    <w:rsid w:val="3D90B6B7"/>
    <w:rsid w:val="3D93697E"/>
    <w:rsid w:val="3DD5F8BE"/>
    <w:rsid w:val="3E08D8C1"/>
    <w:rsid w:val="3F2DB278"/>
    <w:rsid w:val="3F85D8AD"/>
    <w:rsid w:val="3FC136EE"/>
    <w:rsid w:val="3FE9D2FA"/>
    <w:rsid w:val="3FEA781B"/>
    <w:rsid w:val="4085DD27"/>
    <w:rsid w:val="415D5E89"/>
    <w:rsid w:val="41AB123B"/>
    <w:rsid w:val="421649B1"/>
    <w:rsid w:val="43B18DA8"/>
    <w:rsid w:val="452CAAA7"/>
    <w:rsid w:val="4550B65D"/>
    <w:rsid w:val="45FD646C"/>
    <w:rsid w:val="460B3C8E"/>
    <w:rsid w:val="46B0AABF"/>
    <w:rsid w:val="47AADB5A"/>
    <w:rsid w:val="4933000A"/>
    <w:rsid w:val="49EEF59B"/>
    <w:rsid w:val="4B12DD1C"/>
    <w:rsid w:val="4B17DACF"/>
    <w:rsid w:val="4CCCE1B3"/>
    <w:rsid w:val="4D2D6446"/>
    <w:rsid w:val="4DA03E5E"/>
    <w:rsid w:val="4E450D12"/>
    <w:rsid w:val="50A85D37"/>
    <w:rsid w:val="5100685E"/>
    <w:rsid w:val="52DD9535"/>
    <w:rsid w:val="534BF428"/>
    <w:rsid w:val="535A209A"/>
    <w:rsid w:val="584D2A2F"/>
    <w:rsid w:val="58F2E647"/>
    <w:rsid w:val="59541E20"/>
    <w:rsid w:val="5B6CE217"/>
    <w:rsid w:val="5C25D348"/>
    <w:rsid w:val="5CDE49AE"/>
    <w:rsid w:val="5F1E7EE9"/>
    <w:rsid w:val="5F8A0FAD"/>
    <w:rsid w:val="61A4E9EA"/>
    <w:rsid w:val="63201A8F"/>
    <w:rsid w:val="633B8C92"/>
    <w:rsid w:val="63F932D4"/>
    <w:rsid w:val="662EA1C4"/>
    <w:rsid w:val="680942B0"/>
    <w:rsid w:val="696082B6"/>
    <w:rsid w:val="6A6BBE12"/>
    <w:rsid w:val="6B09754B"/>
    <w:rsid w:val="6BA58405"/>
    <w:rsid w:val="6BB6EBFC"/>
    <w:rsid w:val="6BCA36DB"/>
    <w:rsid w:val="6C438081"/>
    <w:rsid w:val="6D848E90"/>
    <w:rsid w:val="6DA9C1DA"/>
    <w:rsid w:val="6DAD7A6A"/>
    <w:rsid w:val="6DE6A8DA"/>
    <w:rsid w:val="6E111E5F"/>
    <w:rsid w:val="6F8F2B31"/>
    <w:rsid w:val="7080724B"/>
    <w:rsid w:val="72AC2533"/>
    <w:rsid w:val="733AD4AF"/>
    <w:rsid w:val="782FF2E7"/>
    <w:rsid w:val="786CC924"/>
    <w:rsid w:val="79BE6206"/>
    <w:rsid w:val="7AA2D000"/>
    <w:rsid w:val="7B1B7263"/>
    <w:rsid w:val="7BB351D5"/>
    <w:rsid w:val="7C0ACBB1"/>
    <w:rsid w:val="7DD28A43"/>
    <w:rsid w:val="7EDC2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A14965"/>
  <w14:defaultImageDpi w14:val="300"/>
  <w15:docId w15:val="{A797C235-B0C4-4179-BDAD-1BF368058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unhideWhenUsed/>
    <w:rsid w:val="009C68A7"/>
  </w:style>
  <w:style w:type="paragraph" w:styleId="Naslov1">
    <w:name w:val="heading 1"/>
    <w:basedOn w:val="Navaden"/>
    <w:next w:val="Navade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tabs>
        <w:tab w:val="num" w:pos="720"/>
      </w:tabs>
      <w:ind w:left="720" w:hanging="360"/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17"/>
      </w:numPr>
      <w:tabs>
        <w:tab w:val="clear" w:pos="360"/>
        <w:tab w:val="num" w:pos="1440"/>
      </w:tabs>
      <w:ind w:left="1440"/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8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12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ripombasklic">
    <w:name w:val="annotation reference"/>
    <w:basedOn w:val="Privzetapisavaodstavka"/>
    <w:uiPriority w:val="99"/>
    <w:semiHidden/>
    <w:unhideWhenUsed/>
    <w:rsid w:val="00155128"/>
    <w:rPr>
      <w:sz w:val="16"/>
      <w:szCs w:val="16"/>
    </w:rPr>
  </w:style>
  <w:style w:type="character" w:customStyle="1" w:styleId="normaltextrun">
    <w:name w:val="normaltextrun"/>
    <w:basedOn w:val="Privzetapisavaodstavka"/>
    <w:rsid w:val="00F50319"/>
  </w:style>
  <w:style w:type="character" w:styleId="Hiperpovezava">
    <w:name w:val="Hyperlink"/>
    <w:basedOn w:val="Privzetapisavaodstavka"/>
    <w:uiPriority w:val="99"/>
    <w:unhideWhenUsed/>
    <w:rsid w:val="00F50319"/>
    <w:rPr>
      <w:color w:val="0000FF" w:themeColor="hyperlink"/>
      <w:u w:val="single"/>
    </w:rPr>
  </w:style>
  <w:style w:type="paragraph" w:customStyle="1" w:styleId="xmsonormal">
    <w:name w:val="x_msonormal"/>
    <w:basedOn w:val="Navaden"/>
    <w:rsid w:val="00F50319"/>
    <w:pPr>
      <w:spacing w:after="0" w:line="240" w:lineRule="auto"/>
    </w:pPr>
    <w:rPr>
      <w:rFonts w:ascii="Calibri" w:eastAsiaTheme="minorHAnsi" w:hAnsi="Calibri" w:cs="Calibri"/>
      <w:lang w:eastAsia="en-GB"/>
    </w:rPr>
  </w:style>
  <w:style w:type="character" w:customStyle="1" w:styleId="UnresolvedMention1">
    <w:name w:val="Unresolved Mention1"/>
    <w:basedOn w:val="Privzetapisavaodstavka"/>
    <w:uiPriority w:val="99"/>
    <w:semiHidden/>
    <w:unhideWhenUsed/>
    <w:rsid w:val="00F50319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4A484A"/>
    <w:pPr>
      <w:spacing w:after="0" w:line="240" w:lineRule="auto"/>
    </w:pPr>
  </w:style>
  <w:style w:type="character" w:customStyle="1" w:styleId="Mention1">
    <w:name w:val="Mention1"/>
    <w:basedOn w:val="Privzetapisavaodstavka"/>
    <w:uiPriority w:val="99"/>
    <w:unhideWhenUsed/>
    <w:rsid w:val="00CF1F0F"/>
    <w:rPr>
      <w:color w:val="2B579A"/>
      <w:shd w:val="clear" w:color="auto" w:fill="E1DFDD"/>
    </w:rPr>
  </w:style>
  <w:style w:type="paragraph" w:styleId="Navadensplet">
    <w:name w:val="Normal (Web)"/>
    <w:basedOn w:val="Navaden"/>
    <w:uiPriority w:val="99"/>
    <w:semiHidden/>
    <w:unhideWhenUsed/>
    <w:rsid w:val="00036113"/>
    <w:rPr>
      <w:rFonts w:ascii="Times New Roman" w:hAnsi="Times New Roman" w:cs="Times New Roman"/>
      <w:sz w:val="24"/>
      <w:szCs w:val="24"/>
    </w:rPr>
  </w:style>
  <w:style w:type="paragraph" w:customStyle="1" w:styleId="isselectedend">
    <w:name w:val="isselectedend"/>
    <w:basedOn w:val="Navaden"/>
    <w:rsid w:val="008E3A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ledenaHiperpovezava">
    <w:name w:val="FollowedHyperlink"/>
    <w:basedOn w:val="Privzetapisavaodstavka"/>
    <w:uiPriority w:val="99"/>
    <w:semiHidden/>
    <w:unhideWhenUsed/>
    <w:rsid w:val="00D66210"/>
    <w:rPr>
      <w:color w:val="800080" w:themeColor="followedHyperlink"/>
      <w:u w:val="single"/>
    </w:rPr>
  </w:style>
  <w:style w:type="paragraph" w:customStyle="1" w:styleId="a">
    <w:link w:val="CommentSubjectChar"/>
    <w:uiPriority w:val="99"/>
    <w:unhideWhenUsed/>
    <w:rsid w:val="009C68A7"/>
    <w:pPr>
      <w:numPr>
        <w:numId w:val="21"/>
      </w:numPr>
      <w:spacing w:after="0"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Privzetapisavaodstavka"/>
    <w:link w:val="a"/>
    <w:uiPriority w:val="99"/>
    <w:rsid w:val="009C68A7"/>
    <w:rPr>
      <w:b/>
      <w:bCs/>
      <w:sz w:val="20"/>
      <w:szCs w:val="20"/>
    </w:rPr>
  </w:style>
  <w:style w:type="character" w:customStyle="1" w:styleId="HeaderChar">
    <w:name w:val="Header Char"/>
    <w:basedOn w:val="Privzetapisavaodstavka"/>
    <w:uiPriority w:val="99"/>
    <w:rsid w:val="009C68A7"/>
  </w:style>
  <w:style w:type="character" w:customStyle="1" w:styleId="FooterChar">
    <w:name w:val="Footer Char"/>
    <w:basedOn w:val="Privzetapisavaodstavka"/>
    <w:uiPriority w:val="99"/>
    <w:rsid w:val="009C68A7"/>
  </w:style>
  <w:style w:type="character" w:customStyle="1" w:styleId="Heading1Char">
    <w:name w:val="Heading 1 Char"/>
    <w:basedOn w:val="Privzetapisavaodstavka"/>
    <w:uiPriority w:val="9"/>
    <w:rsid w:val="009C68A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Privzetapisavaodstavka"/>
    <w:uiPriority w:val="9"/>
    <w:rsid w:val="009C68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Privzetapisavaodstavka"/>
    <w:uiPriority w:val="9"/>
    <w:rsid w:val="009C68A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Privzetapisavaodstavka"/>
    <w:uiPriority w:val="9"/>
    <w:semiHidden/>
    <w:rsid w:val="009C68A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Privzetapisavaodstavka"/>
    <w:uiPriority w:val="9"/>
    <w:semiHidden/>
    <w:rsid w:val="009C68A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Privzetapisavaodstavka"/>
    <w:uiPriority w:val="9"/>
    <w:semiHidden/>
    <w:rsid w:val="009C68A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Privzetapisavaodstavka"/>
    <w:uiPriority w:val="9"/>
    <w:semiHidden/>
    <w:rsid w:val="009C68A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Privzetapisavaodstavka"/>
    <w:uiPriority w:val="9"/>
    <w:semiHidden/>
    <w:rsid w:val="009C68A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Privzetapisavaodstavka"/>
    <w:uiPriority w:val="9"/>
    <w:semiHidden/>
    <w:rsid w:val="009C68A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Glava">
    <w:name w:val="header"/>
    <w:basedOn w:val="Navaden"/>
    <w:link w:val="GlavaZnak"/>
    <w:uiPriority w:val="99"/>
    <w:unhideWhenUsed/>
    <w:rsid w:val="00C36A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C36A09"/>
    <w:rPr>
      <w:lang w:val="sl-SI"/>
    </w:rPr>
  </w:style>
  <w:style w:type="paragraph" w:styleId="Noga">
    <w:name w:val="footer"/>
    <w:basedOn w:val="Navaden"/>
    <w:link w:val="NogaZnak"/>
    <w:uiPriority w:val="99"/>
    <w:unhideWhenUsed/>
    <w:rsid w:val="00C36A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C36A09"/>
    <w:rPr>
      <w:lang w:val="sl-SI"/>
    </w:rPr>
  </w:style>
  <w:style w:type="character" w:customStyle="1" w:styleId="TitleChar1">
    <w:name w:val="Title Char1"/>
    <w:basedOn w:val="Privzetapisavaodstavka"/>
    <w:uiPriority w:val="10"/>
    <w:rsid w:val="00C36A09"/>
    <w:rPr>
      <w:rFonts w:asciiTheme="majorHAnsi" w:eastAsiaTheme="majorEastAsia" w:hAnsiTheme="majorHAnsi" w:cstheme="majorBidi"/>
      <w:spacing w:val="-10"/>
      <w:kern w:val="28"/>
      <w:sz w:val="56"/>
      <w:szCs w:val="56"/>
      <w:lang w:val="sl-SI"/>
    </w:rPr>
  </w:style>
  <w:style w:type="character" w:customStyle="1" w:styleId="SubtitleChar1">
    <w:name w:val="Subtitle Char1"/>
    <w:basedOn w:val="Privzetapisavaodstavka"/>
    <w:uiPriority w:val="11"/>
    <w:rsid w:val="00C36A09"/>
    <w:rPr>
      <w:rFonts w:eastAsiaTheme="majorEastAsia" w:cstheme="majorBidi"/>
      <w:color w:val="595959" w:themeColor="text1" w:themeTint="A6"/>
      <w:spacing w:val="15"/>
      <w:sz w:val="28"/>
      <w:szCs w:val="28"/>
      <w:lang w:val="sl-SI"/>
    </w:rPr>
  </w:style>
  <w:style w:type="character" w:customStyle="1" w:styleId="BodyTextChar1">
    <w:name w:val="Body Text Char1"/>
    <w:basedOn w:val="Privzetapisavaodstavka"/>
    <w:uiPriority w:val="99"/>
    <w:semiHidden/>
    <w:rsid w:val="00C36A09"/>
    <w:rPr>
      <w:lang w:val="sl-SI"/>
    </w:rPr>
  </w:style>
  <w:style w:type="character" w:customStyle="1" w:styleId="BodyText2Char1">
    <w:name w:val="Body Text 2 Char1"/>
    <w:basedOn w:val="Privzetapisavaodstavka"/>
    <w:uiPriority w:val="99"/>
    <w:semiHidden/>
    <w:rsid w:val="00C36A09"/>
    <w:rPr>
      <w:lang w:val="sl-SI"/>
    </w:rPr>
  </w:style>
  <w:style w:type="character" w:customStyle="1" w:styleId="BodyText3Char1">
    <w:name w:val="Body Text 3 Char1"/>
    <w:basedOn w:val="Privzetapisavaodstavka"/>
    <w:uiPriority w:val="99"/>
    <w:semiHidden/>
    <w:rsid w:val="00C36A09"/>
    <w:rPr>
      <w:sz w:val="16"/>
      <w:szCs w:val="16"/>
      <w:lang w:val="sl-SI"/>
    </w:rPr>
  </w:style>
  <w:style w:type="character" w:customStyle="1" w:styleId="MacroTextChar1">
    <w:name w:val="Macro Text Char1"/>
    <w:basedOn w:val="Privzetapisavaodstavka"/>
    <w:uiPriority w:val="99"/>
    <w:semiHidden/>
    <w:rsid w:val="00C36A09"/>
    <w:rPr>
      <w:rFonts w:ascii="Consolas" w:hAnsi="Consolas"/>
      <w:sz w:val="20"/>
      <w:szCs w:val="20"/>
      <w:lang w:val="sl-SI"/>
    </w:rPr>
  </w:style>
  <w:style w:type="character" w:customStyle="1" w:styleId="QuoteChar1">
    <w:name w:val="Quote Char1"/>
    <w:basedOn w:val="Privzetapisavaodstavka"/>
    <w:uiPriority w:val="29"/>
    <w:rsid w:val="00C36A09"/>
    <w:rPr>
      <w:i/>
      <w:iCs/>
      <w:color w:val="404040" w:themeColor="text1" w:themeTint="BF"/>
      <w:lang w:val="sl-SI"/>
    </w:rPr>
  </w:style>
  <w:style w:type="character" w:customStyle="1" w:styleId="IntenseQuoteChar1">
    <w:name w:val="Intense Quote Char1"/>
    <w:basedOn w:val="Privzetapisavaodstavka"/>
    <w:uiPriority w:val="30"/>
    <w:rsid w:val="00C36A09"/>
    <w:rPr>
      <w:i/>
      <w:iCs/>
      <w:color w:val="365F91" w:themeColor="accent1" w:themeShade="BF"/>
      <w:lang w:val="sl-SI"/>
    </w:rPr>
  </w:style>
  <w:style w:type="character" w:customStyle="1" w:styleId="CommentTextChar1">
    <w:name w:val="Comment Text Char1"/>
    <w:basedOn w:val="Privzetapisavaodstavka"/>
    <w:uiPriority w:val="99"/>
    <w:semiHidden/>
    <w:rsid w:val="00C36A09"/>
    <w:rPr>
      <w:sz w:val="20"/>
      <w:szCs w:val="20"/>
      <w:lang w:val="sl-SI"/>
    </w:rPr>
  </w:style>
  <w:style w:type="character" w:customStyle="1" w:styleId="CommentSubjectChar1">
    <w:name w:val="Comment Subject Char1"/>
    <w:basedOn w:val="CommentTextChar1"/>
    <w:uiPriority w:val="99"/>
    <w:semiHidden/>
    <w:rsid w:val="00C36A09"/>
    <w:rPr>
      <w:b/>
      <w:bCs/>
      <w:sz w:val="20"/>
      <w:szCs w:val="20"/>
      <w:lang w:val="sl-SI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Pr>
      <w:sz w:val="20"/>
      <w:szCs w:val="20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97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979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 xmlns:star_td="http://www.star-group.net/schemas/transit/filters/textdata">
  <documentManagement>
    <lcf76f155ced4ddcb4097134ff3c332f xmlns="df874b15-f00e-4fb6-bf30-07fec6166dd3">
      <Terms xmlns="http://schemas.microsoft.com/office/infopath/2007/PartnerControls"/>
    </lcf76f155ced4ddcb4097134ff3c332f>
    <TaxCatchAll xmlns="a7fd91e7-ea6d-4b81-886d-e18046f5f4f0" xsi:nil="true"/>
    <_Flow_SignoffStatus xmlns="df874b15-f00e-4fb6-bf30-07fec6166dd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D27342F331274EA8F018E8AAB49173" ma:contentTypeVersion="19" ma:contentTypeDescription="Create a new document." ma:contentTypeScope="" ma:versionID="fedd2e247f93a20f2fda2886956e2a9f">
  <xsd:schema xmlns:xsd="http://www.w3.org/2001/XMLSchema" xmlns:xs="http://www.w3.org/2001/XMLSchema" xmlns:p="http://schemas.microsoft.com/office/2006/metadata/properties" xmlns:ns2="a7fd91e7-ea6d-4b81-886d-e18046f5f4f0" xmlns:ns3="df874b15-f00e-4fb6-bf30-07fec6166dd3" targetNamespace="http://schemas.microsoft.com/office/2006/metadata/properties" ma:root="true" ma:fieldsID="d46b6af0e533ccbb9f082313b30bb749" ns2:_="" ns3:_="">
    <xsd:import namespace="a7fd91e7-ea6d-4b81-886d-e18046f5f4f0"/>
    <xsd:import namespace="df874b15-f00e-4fb6-bf30-07fec6166dd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fd91e7-ea6d-4b81-886d-e18046f5f4f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7adbfc4-bb8e-4af2-aa01-64fd86e46732}" ma:internalName="TaxCatchAll" ma:showField="CatchAllData" ma:web="a7fd91e7-ea6d-4b81-886d-e18046f5f4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874b15-f00e-4fb6-bf30-07fec6166d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27f52d5-c446-4eee-b027-4c5ece49af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4F1A95-F004-4708-8225-2EBBBD9DDC36}">
  <ds:schemaRefs>
    <ds:schemaRef ds:uri="http://schemas.microsoft.com/office/2006/metadata/properties"/>
    <ds:schemaRef ds:uri="http://schemas.microsoft.com/office/infopath/2007/PartnerControls"/>
    <ds:schemaRef ds:uri="http://www.star-group.net/schemas/transit/filters/textdata"/>
    <ds:schemaRef ds:uri="df874b15-f00e-4fb6-bf30-07fec6166dd3"/>
    <ds:schemaRef ds:uri="a7fd91e7-ea6d-4b81-886d-e18046f5f4f0"/>
  </ds:schemaRefs>
</ds:datastoreItem>
</file>

<file path=customXml/itemProps2.xml><?xml version="1.0" encoding="utf-8"?>
<ds:datastoreItem xmlns:ds="http://schemas.openxmlformats.org/officeDocument/2006/customXml" ds:itemID="{1CB6109C-EC5C-43DB-B5E2-04FBEBF8DF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fd91e7-ea6d-4b81-886d-e18046f5f4f0"/>
    <ds:schemaRef ds:uri="df874b15-f00e-4fb6-bf30-07fec6166d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5B890A-B21B-4DA4-B832-8F627B9F96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2026 04 14 Nissan Unveils All-New Juke - Release</vt:lpstr>
    </vt:vector>
  </TitlesOfParts>
  <Manager/>
  <Company/>
  <LinksUpToDate>false</LinksUpToDate>
  <CharactersWithSpaces>547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04 14 Nissan Unveils All-New Juke - Release</dc:title>
  <dc:subject/>
  <dc:creator>python-docx</dc:creator>
  <cp:keywords/>
  <dc:description>generated by python-docx</dc:description>
  <cp:lastModifiedBy>Marko</cp:lastModifiedBy>
  <cp:revision>2</cp:revision>
  <dcterms:created xsi:type="dcterms:W3CDTF">2026-09-23T11:53:00Z</dcterms:created>
  <dcterms:modified xsi:type="dcterms:W3CDTF">2026-09-23T11:53:00Z</dcterms:modified>
  <cp:category>NONE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mms Asset Type">
    <vt:lpwstr>60;#Release|40f351b1-840a-4718-8782-88591bcc1ee5</vt:lpwstr>
  </property>
  <property fmtid="{D5CDD505-2E9C-101B-9397-08002B2CF9AE}" pid="4" name="Comms_x0020_Asset_x0020_Type">
    <vt:lpwstr>60;#Release|40f351b1-840a-4718-8782-88591bcc1ee5</vt:lpwstr>
  </property>
  <property fmtid="{D5CDD505-2E9C-101B-9397-08002B2CF9AE}" pid="5" name="Region">
    <vt:lpwstr>290;#AMIEO|6d29e2f7-0f70-41df-bd6a-5a3f5edc6126</vt:lpwstr>
  </property>
  <property fmtid="{D5CDD505-2E9C-101B-9397-08002B2CF9AE}" pid="6" name="Comms_x0020_Activity">
    <vt:lpwstr/>
  </property>
  <property fmtid="{D5CDD505-2E9C-101B-9397-08002B2CF9AE}" pid="7" name="hc39a5bb142f467fbe8ece94a4aadaa6">
    <vt:lpwstr/>
  </property>
  <property fmtid="{D5CDD505-2E9C-101B-9397-08002B2CF9AE}" pid="8" name="Event_x002c__x0020_Campaign_x0020_or_x0020_Activity_x0020_Name">
    <vt:lpwstr/>
  </property>
  <property fmtid="{D5CDD505-2E9C-101B-9397-08002B2CF9AE}" pid="9" name="Comms_x0020_Topics">
    <vt:lpwstr/>
  </property>
  <property fmtid="{D5CDD505-2E9C-101B-9397-08002B2CF9AE}" pid="10" name="Comms_x0020_Best_x0020_Practice_x0020_Categories">
    <vt:lpwstr/>
  </property>
  <property fmtid="{D5CDD505-2E9C-101B-9397-08002B2CF9AE}" pid="11" name="l86be07eba1b4acb9afbd6642b23ffba">
    <vt:lpwstr/>
  </property>
  <property fmtid="{D5CDD505-2E9C-101B-9397-08002B2CF9AE}" pid="12" name="Related_x0020_Materials">
    <vt:lpwstr/>
  </property>
  <property fmtid="{D5CDD505-2E9C-101B-9397-08002B2CF9AE}" pid="13" name="Event / Campaign">
    <vt:lpwstr/>
  </property>
  <property fmtid="{D5CDD505-2E9C-101B-9397-08002B2CF9AE}" pid="14" name="Event_x0020__x002f__x0020_Campaign">
    <vt:lpwstr/>
  </property>
  <property fmtid="{D5CDD505-2E9C-101B-9397-08002B2CF9AE}" pid="15" name="Organizations_x0020__x002f__x0020_Regions">
    <vt:lpwstr>13;#Nissan|0c5ffa1e-6087-41d5-a76d-dae8b69d76db</vt:lpwstr>
  </property>
  <property fmtid="{D5CDD505-2E9C-101B-9397-08002B2CF9AE}" pid="16" name="Comms Topics">
    <vt:lpwstr/>
  </property>
  <property fmtid="{D5CDD505-2E9C-101B-9397-08002B2CF9AE}" pid="17" name="Related Materials">
    <vt:lpwstr/>
  </property>
  <property fmtid="{D5CDD505-2E9C-101B-9397-08002B2CF9AE}" pid="18" name="Organizations / Regions">
    <vt:lpwstr>13;#Nissan|0c5ffa1e-6087-41d5-a76d-dae8b69d76db</vt:lpwstr>
  </property>
  <property fmtid="{D5CDD505-2E9C-101B-9397-08002B2CF9AE}" pid="19" name="Vehicles">
    <vt:lpwstr/>
  </property>
  <property fmtid="{D5CDD505-2E9C-101B-9397-08002B2CF9AE}" pid="20" name="cbb9efac28c149ca97ba5f806fbe48b6">
    <vt:lpwstr/>
  </property>
  <property fmtid="{D5CDD505-2E9C-101B-9397-08002B2CF9AE}" pid="21" name="Comms Best Practice Categories">
    <vt:lpwstr/>
  </property>
  <property fmtid="{D5CDD505-2E9C-101B-9397-08002B2CF9AE}" pid="22" name="Event, Campaign or Activity Name">
    <vt:lpwstr/>
  </property>
  <property fmtid="{D5CDD505-2E9C-101B-9397-08002B2CF9AE}" pid="23" name="Comms Activity">
    <vt:lpwstr/>
  </property>
  <property fmtid="{D5CDD505-2E9C-101B-9397-08002B2CF9AE}" pid="24" name="docLang">
    <vt:lpwstr>en</vt:lpwstr>
  </property>
  <property fmtid="{D5CDD505-2E9C-101B-9397-08002B2CF9AE}" pid="25" name="GrammarlyDocumentId">
    <vt:lpwstr>856d9ef9-1202-4713-a055-fce14b911902</vt:lpwstr>
  </property>
  <property fmtid="{D5CDD505-2E9C-101B-9397-08002B2CF9AE}" pid="26" name="MSIP_Label_a575c9c1-41ed-49bc-a2a6-9df2a936fa53_Enabled">
    <vt:lpwstr>true</vt:lpwstr>
  </property>
  <property fmtid="{D5CDD505-2E9C-101B-9397-08002B2CF9AE}" pid="27" name="MSIP_Label_a575c9c1-41ed-49bc-a2a6-9df2a936fa53_SetDate">
    <vt:lpwstr>2026-08-26T10:08:21Z</vt:lpwstr>
  </property>
  <property fmtid="{D5CDD505-2E9C-101B-9397-08002B2CF9AE}" pid="28" name="MSIP_Label_a575c9c1-41ed-49bc-a2a6-9df2a936fa53_Method">
    <vt:lpwstr>Standard</vt:lpwstr>
  </property>
  <property fmtid="{D5CDD505-2E9C-101B-9397-08002B2CF9AE}" pid="29" name="MSIP_Label_a575c9c1-41ed-49bc-a2a6-9df2a936fa53_Name">
    <vt:lpwstr>Company Confidential</vt:lpwstr>
  </property>
  <property fmtid="{D5CDD505-2E9C-101B-9397-08002B2CF9AE}" pid="30" name="MSIP_Label_a575c9c1-41ed-49bc-a2a6-9df2a936fa53_SiteId">
    <vt:lpwstr>b824bfb3-918e-43c2-bb1c-dcc1ba40a82b</vt:lpwstr>
  </property>
  <property fmtid="{D5CDD505-2E9C-101B-9397-08002B2CF9AE}" pid="31" name="MSIP_Label_a575c9c1-41ed-49bc-a2a6-9df2a936fa53_ActionId">
    <vt:lpwstr>b837eb90-05f2-4a7c-ad3f-8b89cc7752a0</vt:lpwstr>
  </property>
  <property fmtid="{D5CDD505-2E9C-101B-9397-08002B2CF9AE}" pid="32" name="MSIP_Label_a575c9c1-41ed-49bc-a2a6-9df2a936fa53_ContentBits">
    <vt:lpwstr>0</vt:lpwstr>
  </property>
  <property fmtid="{D5CDD505-2E9C-101B-9397-08002B2CF9AE}" pid="33" name="MSIP_Label_a575c9c1-41ed-49bc-a2a6-9df2a936fa53_Tag">
    <vt:lpwstr>10, 3, 0, 1</vt:lpwstr>
  </property>
  <property fmtid="{D5CDD505-2E9C-101B-9397-08002B2CF9AE}" pid="34" name="ContentTypeId">
    <vt:lpwstr>0x0101002BD27342F331274EA8F018E8AAB49173</vt:lpwstr>
  </property>
</Properties>
</file>